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BE93D8A" w14:textId="5AAD2890" w:rsidR="00F801F2" w:rsidRDefault="00DF02DA" w:rsidP="00DF02DA">
            <w:pPr>
              <w:keepNext/>
              <w:jc w:val="center"/>
            </w:pPr>
            <w:r w:rsidRPr="004029A2">
              <w:rPr>
                <w:noProof/>
              </w:rPr>
              <w:drawing>
                <wp:inline distT="0" distB="0" distL="0" distR="0" wp14:anchorId="3FFA0DC1" wp14:editId="76EE7F19">
                  <wp:extent cx="803082" cy="944109"/>
                  <wp:effectExtent l="0" t="0" r="0" b="8890"/>
                  <wp:docPr id="2" name="Picture 2" descr="\\192.168.0.13\Urbanism - Schimb (corina)\FORMULARE NOI\CERERI CU STEMĂ\STEMĂ GIURGIU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0.13\Urbanism - Schimb (corina)\FORMULARE NOI\CERERI CU STEMĂ\STEMĂ GIURGIU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327" cy="95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0C976038" w:rsidR="00E25052" w:rsidRDefault="00726640">
            <w:pPr>
              <w:keepNext/>
            </w:pPr>
            <w:r>
              <w:t>GIURGIU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1F71C78E" w14:textId="2652FDBE" w:rsidR="00E25052" w:rsidRDefault="00726640">
            <w:pPr>
              <w:keepNext/>
            </w:pPr>
            <w:r>
              <w:t>CONSILIUL JUDEȚEAN GIURGIU</w:t>
            </w: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4029A2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2ECEACE6" w14:textId="58DD1ABE" w:rsidR="00E25052" w:rsidRPr="00F801F2" w:rsidRDefault="00726640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4938042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2B62640E" w14:textId="23FEB986" w:rsidR="00E25052" w:rsidRPr="004D7015" w:rsidRDefault="00726640">
            <w:pPr>
              <w:keepNext/>
            </w:pPr>
            <w:r w:rsidRPr="004D7015">
              <w:rPr>
                <w:i/>
              </w:rPr>
              <w:t>Bulevardul București nr. 10, tel. 0372462611, email cjgiurgiu@gmail.com</w:t>
            </w:r>
          </w:p>
          <w:p w14:paraId="78A52A4D" w14:textId="77777777" w:rsidR="00E25052" w:rsidRDefault="00E25052">
            <w:pPr>
              <w:keepNext/>
            </w:pP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</w:tbl>
    <w:p w14:paraId="45D5BFD9" w14:textId="77777777" w:rsidR="003A271D" w:rsidRPr="003A271D" w:rsidRDefault="003A271D" w:rsidP="003A271D">
      <w:pPr>
        <w:spacing w:after="40"/>
        <w:rPr>
          <w:b/>
          <w:sz w:val="24"/>
          <w:szCs w:val="24"/>
        </w:rPr>
      </w:pPr>
    </w:p>
    <w:p w14:paraId="19E46984" w14:textId="77777777" w:rsidR="00E25052" w:rsidRPr="0021562A" w:rsidRDefault="004029A2" w:rsidP="003A271D">
      <w:pPr>
        <w:spacing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4029A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651CDAC7" w14:textId="77777777" w:rsidR="004D7015" w:rsidRDefault="00071085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  <w:p w14:paraId="5B3D1BF3" w14:textId="79664DDE" w:rsidR="00E25052" w:rsidRPr="004D7015" w:rsidRDefault="00314667">
            <w:pPr>
              <w:keepNext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</w:t>
            </w:r>
            <w:r w:rsidR="00726640" w:rsidRPr="004D7015">
              <w:rPr>
                <w:b/>
                <w:lang w:val="fr-FR"/>
              </w:rPr>
              <w:t>PREȘEDINTELE CONSILIUL JUDEȚEAN GIURGIU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55267" w:rsidR="00E25052" w:rsidRDefault="0063155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4029A2">
              <w:rPr>
                <w:b/>
                <w:sz w:val="16"/>
              </w:rPr>
              <w:t xml:space="preserve">2. </w:t>
            </w:r>
            <w:r w:rsidR="004029A2"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6AE73DE4" w:rsidR="00E25052" w:rsidRDefault="00631557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4029A2"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443E3310" w:rsidR="00E25052" w:rsidRDefault="00631557">
            <w:pPr>
              <w:keepNext/>
            </w:pPr>
            <w:r>
              <w:rPr>
                <w:sz w:val="16"/>
              </w:rPr>
              <w:t xml:space="preserve"> </w:t>
            </w:r>
            <w:r w:rsidR="004029A2">
              <w:rPr>
                <w:sz w:val="16"/>
              </w:rPr>
              <w:t>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2139C18F" w:rsidR="00E25052" w:rsidRDefault="00631557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4029A2"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3FC34F22" w:rsidR="00E25052" w:rsidRDefault="00631557">
            <w:pPr>
              <w:keepNext/>
            </w:pPr>
            <w:r>
              <w:rPr>
                <w:sz w:val="16"/>
              </w:rPr>
              <w:t xml:space="preserve"> </w:t>
            </w:r>
            <w:r w:rsidR="004029A2">
              <w:rPr>
                <w:sz w:val="16"/>
              </w:rPr>
              <w:t>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42BFB06E" w:rsidR="00E25052" w:rsidRDefault="00631557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4029A2"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4EE04713" w:rsidR="00E25052" w:rsidRDefault="00631557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4029A2"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0D1378F3" w:rsidR="00E25052" w:rsidRDefault="00631557">
            <w:pPr>
              <w:keepNext/>
            </w:pPr>
            <w:r>
              <w:rPr>
                <w:sz w:val="16"/>
              </w:rPr>
              <w:t xml:space="preserve"> </w:t>
            </w:r>
            <w:r w:rsidR="004029A2">
              <w:rPr>
                <w:sz w:val="16"/>
              </w:rPr>
              <w:t>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3F13BBF9" w:rsidR="00E25052" w:rsidRDefault="00631557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4029A2"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31F140C" w:rsidR="00E25052" w:rsidRDefault="00631557">
            <w:pPr>
              <w:keepNext/>
            </w:pPr>
            <w:r>
              <w:rPr>
                <w:sz w:val="16"/>
              </w:rPr>
              <w:t xml:space="preserve"> </w:t>
            </w:r>
            <w:r w:rsidR="004029A2">
              <w:rPr>
                <w:sz w:val="16"/>
              </w:rPr>
              <w:t>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0A511356" w:rsidR="00E25052" w:rsidRDefault="00631557">
            <w:r>
              <w:rPr>
                <w:b/>
                <w:color w:val="0D5F78"/>
              </w:rPr>
              <w:t xml:space="preserve"> </w:t>
            </w:r>
            <w:r w:rsidR="004029A2"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4029A2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4029A2" w:rsidP="004945AA">
      <w:pPr>
        <w:spacing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4029A2" w:rsidP="004945AA">
      <w:pPr>
        <w:spacing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605B07" w:rsidRDefault="004029A2" w:rsidP="004945AA">
      <w:pPr>
        <w:spacing w:after="160"/>
        <w:jc w:val="center"/>
        <w:rPr>
          <w:sz w:val="24"/>
          <w:szCs w:val="24"/>
          <w:lang w:val="fr-FR"/>
        </w:rPr>
      </w:pPr>
      <w:r w:rsidRPr="00605B07">
        <w:rPr>
          <w:b/>
          <w:sz w:val="24"/>
          <w:szCs w:val="24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4029A2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599B4A8A" w:rsidR="00E25052" w:rsidRDefault="004029A2">
            <w:pPr>
              <w:keepNext/>
            </w:pPr>
            <w:r>
              <w:rPr>
                <w:sz w:val="16"/>
              </w:rPr>
              <w:t xml:space="preserve">☐ teren    </w:t>
            </w:r>
            <w:r w:rsidR="00D53B92">
              <w:rPr>
                <w:sz w:val="16"/>
              </w:rPr>
              <w:t xml:space="preserve">        </w:t>
            </w:r>
            <w:r>
              <w:rPr>
                <w:sz w:val="16"/>
              </w:rPr>
              <w:t xml:space="preserve">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  <w:bookmarkStart w:id="0" w:name="_GoBack"/>
        <w:bookmarkEnd w:id="0"/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4029A2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Număr cadastral</w:t>
            </w:r>
          </w:p>
          <w:p w14:paraId="4088464C" w14:textId="77777777" w:rsidR="00E25052" w:rsidRPr="00F801F2" w:rsidRDefault="004029A2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dacă imobilul e înscris în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4029A2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21B8236F" w:rsidR="00F8517F" w:rsidRPr="0021562A" w:rsidRDefault="004029A2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☐ extras de carte funciară actualizat, anexat     </w:t>
            </w:r>
          </w:p>
          <w:p w14:paraId="4D8DB8B6" w14:textId="6B074625" w:rsidR="00E25052" w:rsidRPr="00F8517F" w:rsidRDefault="004029A2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 plan de încadrare în zonă în sistem Stereo 70, anexat</w:t>
            </w:r>
            <w:r w:rsidR="00F8517F" w:rsidRPr="00F8517F">
              <w:rPr>
                <w:sz w:val="16"/>
                <w:lang w:val="fr-FR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Default="00E25052">
      <w:pPr>
        <w:spacing w:line="168" w:lineRule="auto"/>
        <w:rPr>
          <w:lang w:val="fr-FR"/>
        </w:rPr>
      </w:pPr>
    </w:p>
    <w:p w14:paraId="1697E21A" w14:textId="77777777" w:rsidR="00604689" w:rsidRPr="00F8517F" w:rsidRDefault="0060468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4029A2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5CBCC6AB" w:rsidR="00E25052" w:rsidRPr="00F801F2" w:rsidRDefault="004029A2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în format scris, prin poștă     </w:t>
            </w:r>
            <w:r w:rsidR="004945AA">
              <w:rPr>
                <w:sz w:val="16"/>
                <w:lang w:val="fr-FR"/>
              </w:rPr>
              <w:t xml:space="preserve">                             </w:t>
            </w:r>
            <w:r w:rsidRPr="00F801F2">
              <w:rPr>
                <w:sz w:val="16"/>
                <w:lang w:val="fr-FR"/>
              </w:rPr>
              <w:t xml:space="preserve">☐ în format digital, la adresa de e-mail indicată     </w:t>
            </w:r>
            <w:r w:rsidR="004945AA">
              <w:rPr>
                <w:sz w:val="16"/>
                <w:lang w:val="fr-FR"/>
              </w:rPr>
              <w:t xml:space="preserve">                      </w:t>
            </w:r>
            <w:r w:rsidRPr="00F801F2">
              <w:rPr>
                <w:sz w:val="16"/>
                <w:lang w:val="fr-FR"/>
              </w:rPr>
              <w:t>☐ ridicare de la sediul autorității</w:t>
            </w:r>
          </w:p>
        </w:tc>
      </w:tr>
    </w:tbl>
    <w:p w14:paraId="4CC013A6" w14:textId="77777777" w:rsidR="00E25052" w:rsidRDefault="00E25052">
      <w:pPr>
        <w:spacing w:line="168" w:lineRule="auto"/>
        <w:rPr>
          <w:lang w:val="fr-FR"/>
        </w:rPr>
      </w:pPr>
    </w:p>
    <w:p w14:paraId="5BC9CABF" w14:textId="77777777" w:rsidR="00604689" w:rsidRPr="00F801F2" w:rsidRDefault="0060468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4029A2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4029A2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4029A2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4029A2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2CD5AF" w14:textId="77777777" w:rsidR="00CB06EE" w:rsidRDefault="00CB06EE">
      <w:r>
        <w:separator/>
      </w:r>
    </w:p>
  </w:endnote>
  <w:endnote w:type="continuationSeparator" w:id="0">
    <w:p w14:paraId="3FAD333A" w14:textId="77777777" w:rsidR="00CB06EE" w:rsidRDefault="00CB0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71E53" w14:textId="0E40BCDD" w:rsidR="00E25052" w:rsidRDefault="00F801F2">
    <w:pPr>
      <w:pStyle w:val="Footer"/>
      <w:tabs>
        <w:tab w:val="right" w:pos="9639"/>
      </w:tabs>
    </w:pPr>
    <w:r>
      <w:rPr>
        <w:color w:val="595959"/>
      </w:rPr>
      <w:t>F_CU_01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05B07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05B07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4B570" w14:textId="77777777" w:rsidR="00CB06EE" w:rsidRDefault="00CB06EE">
      <w:r>
        <w:separator/>
      </w:r>
    </w:p>
  </w:footnote>
  <w:footnote w:type="continuationSeparator" w:id="0">
    <w:p w14:paraId="5260DF47" w14:textId="77777777" w:rsidR="00CB06EE" w:rsidRDefault="00CB0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1085"/>
    <w:rsid w:val="000F55B4"/>
    <w:rsid w:val="00131807"/>
    <w:rsid w:val="0015074B"/>
    <w:rsid w:val="001807A6"/>
    <w:rsid w:val="0021562A"/>
    <w:rsid w:val="0029639D"/>
    <w:rsid w:val="00314667"/>
    <w:rsid w:val="00326F90"/>
    <w:rsid w:val="00393002"/>
    <w:rsid w:val="003A271D"/>
    <w:rsid w:val="003E1A92"/>
    <w:rsid w:val="004029A2"/>
    <w:rsid w:val="004945AA"/>
    <w:rsid w:val="004D7015"/>
    <w:rsid w:val="00604689"/>
    <w:rsid w:val="00605B07"/>
    <w:rsid w:val="00631557"/>
    <w:rsid w:val="006C103E"/>
    <w:rsid w:val="00726640"/>
    <w:rsid w:val="00763A7C"/>
    <w:rsid w:val="00861954"/>
    <w:rsid w:val="008E2079"/>
    <w:rsid w:val="009B5021"/>
    <w:rsid w:val="00A26A9F"/>
    <w:rsid w:val="00AA1D8D"/>
    <w:rsid w:val="00B16250"/>
    <w:rsid w:val="00B47730"/>
    <w:rsid w:val="00CB0664"/>
    <w:rsid w:val="00CB06EE"/>
    <w:rsid w:val="00D53B92"/>
    <w:rsid w:val="00DF02DA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  <w15:docId w15:val="{E332263E-0F07-43B2-BC60-D0F547C1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26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6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66F4E4-564A-4DC7-BE90-EEAA37375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1524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Ionescu</dc:creator>
  <cp:keywords/>
  <cp:lastModifiedBy>Bogdan Ionescu</cp:lastModifiedBy>
  <cp:revision>12</cp:revision>
  <cp:lastPrinted>2026-09-14T07:10:00Z</cp:lastPrinted>
  <dcterms:created xsi:type="dcterms:W3CDTF">2026-09-09T08:42:00Z</dcterms:created>
  <dcterms:modified xsi:type="dcterms:W3CDTF">2026-09-14T10:59:00Z</dcterms:modified>
  <cp:category/>
</cp:coreProperties>
</file>