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698C3799" w:rsidR="001E1635" w:rsidRDefault="00943EA7" w:rsidP="00943EA7">
            <w:pPr>
              <w:keepNext/>
              <w:jc w:val="center"/>
            </w:pPr>
            <w:r w:rsidRPr="004029A2">
              <w:rPr>
                <w:noProof/>
              </w:rPr>
              <w:drawing>
                <wp:inline distT="0" distB="0" distL="0" distR="0" wp14:anchorId="433DCEDC" wp14:editId="3535A570">
                  <wp:extent cx="803082" cy="944109"/>
                  <wp:effectExtent l="0" t="0" r="0" b="8890"/>
                  <wp:docPr id="2" name="Picture 2" descr="\\192.168.0.13\Urbanism - Schimb (corina)\FORMULARE NOI\CERERI CU STEMĂ\STEMĂ GIURGIU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0.13\Urbanism - Schimb (corina)\FORMULARE NOI\CERERI CU STEMĂ\STEMĂ GIURGIU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327" cy="95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8A49159" w14:textId="2580E0A8" w:rsidR="001E1635" w:rsidRDefault="00014D0B">
            <w:pPr>
              <w:keepNext/>
            </w:pPr>
            <w:r>
              <w:t>GIURGIU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04E7F576" w14:textId="5C3752CA" w:rsidR="001E1635" w:rsidRDefault="00014D0B">
            <w:pPr>
              <w:keepNext/>
            </w:pPr>
            <w:r>
              <w:t>CONSILIUL JUDEȚEAN GIURGIU</w:t>
            </w: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554CF8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Cod de identificare fiscală (CIF)</w:t>
            </w:r>
          </w:p>
          <w:p w14:paraId="5C37BD63" w14:textId="516FED58" w:rsidR="001E1635" w:rsidRPr="006257CA" w:rsidRDefault="00014D0B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4938042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23E7CCD6" w14:textId="23777E2D" w:rsidR="001E1635" w:rsidRPr="00B26A41" w:rsidRDefault="00014D0B">
            <w:pPr>
              <w:keepNext/>
            </w:pPr>
            <w:r w:rsidRPr="00B26A41">
              <w:rPr>
                <w:i/>
              </w:rPr>
              <w:t>Bulevardul București nr. 10, tel. 0372462611, email cjgiurgiu@gmail.com</w:t>
            </w:r>
          </w:p>
          <w:p w14:paraId="0EA9E139" w14:textId="77777777" w:rsidR="001E1635" w:rsidRDefault="001E1635">
            <w:pPr>
              <w:keepNext/>
            </w:pP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</w:tbl>
    <w:p w14:paraId="3AD3C849" w14:textId="77777777" w:rsidR="000B6928" w:rsidRPr="000B6928" w:rsidRDefault="000B6928" w:rsidP="000B6928">
      <w:pPr>
        <w:rPr>
          <w:b/>
          <w:sz w:val="24"/>
          <w:szCs w:val="24"/>
        </w:rPr>
      </w:pPr>
    </w:p>
    <w:p w14:paraId="13D06506" w14:textId="0D5F8DF8" w:rsidR="00943EA7" w:rsidRDefault="00554CF8" w:rsidP="000B6928">
      <w:pPr>
        <w:jc w:val="center"/>
        <w:rPr>
          <w:b/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p w14:paraId="25D61047" w14:textId="77777777" w:rsidR="00AA38B5" w:rsidRPr="00AA38B5" w:rsidRDefault="00AA38B5" w:rsidP="00AA38B5">
      <w:pPr>
        <w:spacing w:before="140"/>
        <w:jc w:val="center"/>
        <w:rPr>
          <w:b/>
          <w:sz w:val="6"/>
          <w:szCs w:val="6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554CF8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117D10E2" w14:textId="77777777" w:rsidR="00B26A41" w:rsidRDefault="00B26A41">
            <w:pPr>
              <w:keepNext/>
              <w:rPr>
                <w:lang w:val="fr-FR"/>
              </w:rPr>
            </w:pPr>
          </w:p>
          <w:p w14:paraId="5258CF99" w14:textId="235FCBCC" w:rsidR="001E1635" w:rsidRPr="00B26A41" w:rsidRDefault="00035477">
            <w:pPr>
              <w:keepNext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</w:t>
            </w:r>
            <w:r w:rsidR="00014D0B" w:rsidRPr="00B26A41">
              <w:rPr>
                <w:b/>
                <w:lang w:val="fr-FR"/>
              </w:rPr>
              <w:t>PREȘEDINTELE CONSILIULUI JUDEȚEAN GIURGIU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554CF8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5CF312C1" w:rsidR="001E1635" w:rsidRDefault="00014D0B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554CF8"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5FD74C3" w14:textId="77777777" w:rsidR="001E1635" w:rsidRDefault="001E1635">
            <w:pPr>
              <w:keepNext/>
            </w:pPr>
          </w:p>
          <w:p w14:paraId="67751B54" w14:textId="77777777" w:rsidR="00B26A41" w:rsidRDefault="00B26A41">
            <w:pPr>
              <w:keepNext/>
            </w:pPr>
          </w:p>
          <w:p w14:paraId="2D0F7177" w14:textId="77777777" w:rsidR="00B26A41" w:rsidRDefault="00B26A41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554CF8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42351F9" w:rsidR="001E1635" w:rsidRDefault="00014D0B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554CF8"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554CF8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0A0CB1D3" w:rsidR="001E1635" w:rsidRDefault="00014D0B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554CF8"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240EA294" w:rsidR="001E1635" w:rsidRDefault="00014D0B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554CF8"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554CF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607FC0B6" w:rsidR="001E1635" w:rsidRDefault="00014D0B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554CF8"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554CF8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2010E1C2" w:rsidR="001E1635" w:rsidRDefault="00014D0B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554CF8"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554CF8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554CF8" w:rsidP="00554CF8">
      <w:pPr>
        <w:spacing w:after="60"/>
        <w:jc w:val="center"/>
        <w:rPr>
          <w:lang w:val="fr-FR"/>
        </w:rPr>
      </w:pPr>
      <w:r w:rsidRPr="006257CA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25ED7088" w14:textId="77777777" w:rsidR="001E1635" w:rsidRPr="006257CA" w:rsidRDefault="00554CF8" w:rsidP="00554CF8">
      <w:pPr>
        <w:spacing w:after="60"/>
        <w:jc w:val="center"/>
        <w:rPr>
          <w:lang w:val="fr-FR"/>
        </w:rPr>
      </w:pPr>
      <w:r w:rsidRPr="006257CA">
        <w:rPr>
          <w:sz w:val="18"/>
          <w:lang w:val="fr-FR"/>
        </w:rPr>
        <w:t>solicit emiterea</w:t>
      </w:r>
    </w:p>
    <w:p w14:paraId="2102D1EC" w14:textId="77777777" w:rsidR="001E1635" w:rsidRPr="008F69A3" w:rsidRDefault="00554CF8" w:rsidP="00943EA7">
      <w:pPr>
        <w:jc w:val="center"/>
        <w:rPr>
          <w:sz w:val="24"/>
          <w:szCs w:val="24"/>
          <w:lang w:val="fr-FR"/>
        </w:rPr>
      </w:pPr>
      <w:r w:rsidRPr="008F69A3">
        <w:rPr>
          <w:b/>
          <w:sz w:val="24"/>
          <w:szCs w:val="24"/>
          <w:lang w:val="fr-FR"/>
        </w:rPr>
        <w:t>CERTIFICATULUI DE URBANISM</w:t>
      </w:r>
    </w:p>
    <w:p w14:paraId="043C0D46" w14:textId="77777777" w:rsidR="001E1635" w:rsidRPr="008F69A3" w:rsidRDefault="00554CF8" w:rsidP="00943EA7">
      <w:pPr>
        <w:jc w:val="center"/>
        <w:rPr>
          <w:b/>
          <w:sz w:val="24"/>
          <w:szCs w:val="24"/>
          <w:lang w:val="fr-FR"/>
        </w:rPr>
      </w:pPr>
      <w:r w:rsidRPr="008F69A3">
        <w:rPr>
          <w:b/>
          <w:sz w:val="24"/>
          <w:szCs w:val="24"/>
          <w:lang w:val="fr-FR"/>
        </w:rPr>
        <w:t>PENTRU OPERAȚIUNI CADASTRALE</w:t>
      </w:r>
    </w:p>
    <w:p w14:paraId="7BD3F046" w14:textId="77777777" w:rsidR="00943EA7" w:rsidRPr="00943EA7" w:rsidRDefault="00943EA7" w:rsidP="00943EA7">
      <w:pPr>
        <w:jc w:val="center"/>
        <w:rPr>
          <w:b/>
          <w:sz w:val="10"/>
          <w:szCs w:val="10"/>
          <w:lang w:val="fr-FR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6B0A9B15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</w:t>
            </w:r>
            <w:r w:rsidR="00014D0B">
              <w:rPr>
                <w:b/>
                <w:bCs/>
                <w:sz w:val="18"/>
                <w:szCs w:val="18"/>
              </w:rPr>
              <w:t>S</w:t>
            </w:r>
            <w:r w:rsidRPr="006257CA">
              <w:rPr>
                <w:b/>
                <w:bCs/>
                <w:sz w:val="18"/>
                <w:szCs w:val="18"/>
              </w:rPr>
              <w:t>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42B18892" w:rsidR="006257CA" w:rsidRPr="000F0E2F" w:rsidRDefault="00014D0B" w:rsidP="00C245EC">
            <w:pPr>
              <w:rPr>
                <w:lang w:val="fr-FR"/>
              </w:rPr>
            </w:pPr>
            <w:r>
              <w:rPr>
                <w:rFonts w:ascii="Segoe UI Symbol" w:hAnsi="Segoe UI Symbol" w:cs="Segoe UI Symbol"/>
                <w:lang w:val="fr-FR"/>
              </w:rPr>
              <w:t xml:space="preserve"> </w:t>
            </w:r>
            <w:r w:rsidR="006257CA"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="006257CA" w:rsidRPr="000F0E2F">
              <w:rPr>
                <w:lang w:val="fr-FR"/>
              </w:rPr>
              <w:t xml:space="preserve"> comasare (alipire)     </w:t>
            </w:r>
            <w:r w:rsidR="006257CA"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="006257CA" w:rsidRPr="000F0E2F">
              <w:rPr>
                <w:lang w:val="fr-FR"/>
              </w:rPr>
              <w:t xml:space="preserve"> dezmembrare (dezlipire)     </w:t>
            </w:r>
            <w:r w:rsidR="006257CA"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="006257CA" w:rsidRPr="000F0E2F">
              <w:rPr>
                <w:lang w:val="fr-FR"/>
              </w:rPr>
              <w:t xml:space="preserve"> </w:t>
            </w:r>
            <w:r w:rsidR="006257CA" w:rsidRPr="000F0E2F">
              <w:rPr>
                <w:rFonts w:cs="Times New Roman"/>
                <w:lang w:val="fr-FR"/>
              </w:rPr>
              <w:t>î</w:t>
            </w:r>
            <w:r w:rsidR="006257CA" w:rsidRPr="000F0E2F">
              <w:rPr>
                <w:lang w:val="fr-FR"/>
              </w:rPr>
              <w:t>nscrierea unor servitu</w:t>
            </w:r>
            <w:r w:rsidR="006257CA" w:rsidRPr="000F0E2F">
              <w:rPr>
                <w:rFonts w:cs="Times New Roman"/>
                <w:lang w:val="fr-FR"/>
              </w:rPr>
              <w:t>ț</w:t>
            </w:r>
            <w:r w:rsidR="006257CA" w:rsidRPr="000F0E2F">
              <w:rPr>
                <w:lang w:val="fr-FR"/>
              </w:rPr>
              <w:t>i de trecere</w:t>
            </w:r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2FD1329D" w:rsidR="001E1635" w:rsidRDefault="00014D0B">
            <w:pPr>
              <w:keepNext/>
            </w:pPr>
            <w:r>
              <w:rPr>
                <w:sz w:val="16"/>
                <w:lang w:val="fr-FR"/>
              </w:rPr>
              <w:t xml:space="preserve"> </w:t>
            </w:r>
            <w:r w:rsidR="006257CA">
              <w:rPr>
                <w:sz w:val="16"/>
                <w:lang w:val="fr-FR"/>
              </w:rPr>
              <w:t>Descrierea operațiunii cadastrale propuse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471053E4" w14:textId="77777777" w:rsidR="008E109A" w:rsidRDefault="008E109A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554CF8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554CF8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078F8841" w:rsidR="001E1635" w:rsidRDefault="00014D0B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554CF8"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  <w:bookmarkStart w:id="0" w:name="_GoBack"/>
        <w:bookmarkEnd w:id="0"/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286AE993" w:rsidR="001E1635" w:rsidRDefault="00014D0B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554CF8"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288F7C94" w:rsidR="001E1635" w:rsidRPr="006257CA" w:rsidRDefault="00014D0B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 </w:t>
            </w:r>
            <w:r w:rsidR="00554CF8" w:rsidRPr="006257CA">
              <w:rPr>
                <w:b/>
                <w:color w:val="0D5F78"/>
                <w:lang w:val="fr-FR"/>
              </w:rPr>
              <w:t>Număr cadastral</w:t>
            </w:r>
          </w:p>
          <w:p w14:paraId="3FC4B016" w14:textId="23AAFAE1" w:rsidR="001E1635" w:rsidRPr="006257CA" w:rsidRDefault="00014D0B">
            <w:pPr>
              <w:keepNext/>
              <w:rPr>
                <w:lang w:val="fr-FR"/>
              </w:rPr>
            </w:pPr>
            <w:r>
              <w:rPr>
                <w:i/>
                <w:color w:val="7A7A7A"/>
                <w:lang w:val="fr-FR"/>
              </w:rPr>
              <w:t xml:space="preserve"> </w:t>
            </w:r>
            <w:r w:rsidR="00554CF8" w:rsidRPr="006257C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554CF8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554CF8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5E801DCD" w:rsidR="006257CA" w:rsidRDefault="00554CF8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documentația cadastrală     </w:t>
            </w:r>
            <w:r w:rsidR="005264FF">
              <w:rPr>
                <w:sz w:val="16"/>
                <w:lang w:val="fr-FR"/>
              </w:rPr>
              <w:t xml:space="preserve">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>plan cu o propunere de comasare/dezmembrare</w:t>
            </w:r>
          </w:p>
          <w:p w14:paraId="2445E5EB" w14:textId="68B4F207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extras de carte funciară actualizat</w:t>
            </w:r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>☐ plan de încadrare în zonă în sistem Stereo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împuternicirea, dacă este cazul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554CF8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48936C48" w:rsidR="001E1635" w:rsidRPr="006257CA" w:rsidRDefault="00554CF8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în format scris, prin poștă    </w:t>
            </w:r>
            <w:r w:rsidR="005264FF">
              <w:rPr>
                <w:sz w:val="16"/>
                <w:lang w:val="fr-FR"/>
              </w:rPr>
              <w:t xml:space="preserve">                    </w:t>
            </w:r>
            <w:r w:rsidR="005264FF" w:rsidRPr="005264FF">
              <w:rPr>
                <w:sz w:val="14"/>
                <w:szCs w:val="14"/>
                <w:lang w:val="fr-FR"/>
              </w:rPr>
              <w:t xml:space="preserve">   </w:t>
            </w:r>
            <w:r w:rsidRPr="006257CA">
              <w:rPr>
                <w:sz w:val="16"/>
                <w:lang w:val="fr-FR"/>
              </w:rPr>
              <w:t xml:space="preserve">☐ în format digital, la adresa de e-mail indicată    </w:t>
            </w:r>
            <w:r w:rsidR="005264FF">
              <w:rPr>
                <w:sz w:val="16"/>
                <w:lang w:val="fr-FR"/>
              </w:rPr>
              <w:t xml:space="preserve">               </w:t>
            </w:r>
            <w:r w:rsidRPr="006257CA">
              <w:rPr>
                <w:sz w:val="16"/>
                <w:lang w:val="fr-FR"/>
              </w:rPr>
              <w:t xml:space="preserve"> ☐ ridicare de la sediul autorității</w:t>
            </w:r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554CF8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1675DA8" w:rsidR="001E1635" w:rsidRDefault="00014D0B">
            <w:r>
              <w:rPr>
                <w:b/>
                <w:color w:val="0D5F78"/>
              </w:rPr>
              <w:t xml:space="preserve"> </w:t>
            </w:r>
            <w:r w:rsidR="00554CF8"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554CF8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554CF8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4D1401" w14:textId="77777777" w:rsidR="007D1688" w:rsidRDefault="007D1688">
      <w:r>
        <w:separator/>
      </w:r>
    </w:p>
  </w:endnote>
  <w:endnote w:type="continuationSeparator" w:id="0">
    <w:p w14:paraId="78CE1CC6" w14:textId="77777777" w:rsidR="007D1688" w:rsidRDefault="007D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8E5FA" w14:textId="4768B656" w:rsidR="001E1635" w:rsidRDefault="00554CF8">
    <w:pPr>
      <w:pStyle w:val="Footer"/>
      <w:tabs>
        <w:tab w:val="right" w:pos="9639"/>
      </w:tabs>
    </w:pPr>
    <w:r>
      <w:rPr>
        <w:color w:val="595959"/>
      </w:rPr>
      <w:t>F_CU_02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F69A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F69A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A0A288" w14:textId="77777777" w:rsidR="007D1688" w:rsidRDefault="007D1688">
      <w:r>
        <w:separator/>
      </w:r>
    </w:p>
  </w:footnote>
  <w:footnote w:type="continuationSeparator" w:id="0">
    <w:p w14:paraId="51AA7CD9" w14:textId="77777777" w:rsidR="007D1688" w:rsidRDefault="007D1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4D0B"/>
    <w:rsid w:val="00034616"/>
    <w:rsid w:val="00035477"/>
    <w:rsid w:val="0006063C"/>
    <w:rsid w:val="00083975"/>
    <w:rsid w:val="000B6928"/>
    <w:rsid w:val="0015074B"/>
    <w:rsid w:val="001E1635"/>
    <w:rsid w:val="0029639D"/>
    <w:rsid w:val="00326F90"/>
    <w:rsid w:val="003F2E6F"/>
    <w:rsid w:val="004F6F05"/>
    <w:rsid w:val="005264FF"/>
    <w:rsid w:val="00554CF8"/>
    <w:rsid w:val="005720B7"/>
    <w:rsid w:val="006257CA"/>
    <w:rsid w:val="006C103E"/>
    <w:rsid w:val="007D1688"/>
    <w:rsid w:val="008E109A"/>
    <w:rsid w:val="008F69A3"/>
    <w:rsid w:val="00943EA7"/>
    <w:rsid w:val="009D782F"/>
    <w:rsid w:val="00A37FAC"/>
    <w:rsid w:val="00AA1D8D"/>
    <w:rsid w:val="00AA38B5"/>
    <w:rsid w:val="00AC5F99"/>
    <w:rsid w:val="00B26A41"/>
    <w:rsid w:val="00B47730"/>
    <w:rsid w:val="00BA49C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1537E"/>
  <w14:defaultImageDpi w14:val="300"/>
  <w15:docId w15:val="{7FFF948F-F053-44FE-9872-9BB5E7C9D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14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D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2A29B8-972D-4352-B067-82ED6156D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Ionescu</dc:creator>
  <cp:keywords/>
  <cp:lastModifiedBy>Bogdan Ionescu</cp:lastModifiedBy>
  <cp:revision>10</cp:revision>
  <cp:lastPrinted>2026-09-14T07:08:00Z</cp:lastPrinted>
  <dcterms:created xsi:type="dcterms:W3CDTF">2026-09-09T08:42:00Z</dcterms:created>
  <dcterms:modified xsi:type="dcterms:W3CDTF">2026-09-14T09:42:00Z</dcterms:modified>
  <cp:category/>
</cp:coreProperties>
</file>