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377113" w14:paraId="4AB1771D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4FC198B8" w14:textId="2BBDB5E9" w:rsidR="00377113" w:rsidRDefault="00AA030B">
            <w:pPr>
              <w:keepNext/>
              <w:jc w:val="center"/>
            </w:pPr>
            <w:r w:rsidRPr="004029A2">
              <w:rPr>
                <w:noProof/>
              </w:rPr>
              <w:drawing>
                <wp:inline distT="0" distB="0" distL="0" distR="0" wp14:anchorId="27F887F5" wp14:editId="04849374">
                  <wp:extent cx="803082" cy="944109"/>
                  <wp:effectExtent l="0" t="0" r="0" b="8890"/>
                  <wp:docPr id="2" name="Picture 2" descr="\\192.168.0.13\Urbanism - Schimb (corina)\FORMULARE NOI\CERERI CU STEMĂ\STEMĂ GIURGIU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192.168.0.13\Urbanism - Schimb (corina)\FORMULARE NOI\CERERI CU STEMĂ\STEMĂ GIURGIU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327" cy="9526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510CB53E" w14:textId="77777777" w:rsidR="00377113" w:rsidRDefault="001964DB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6F91E2AA" w14:textId="0E8BE58C" w:rsidR="00377113" w:rsidRDefault="00536DA1">
            <w:pPr>
              <w:keepNext/>
            </w:pPr>
            <w:r>
              <w:t>GIURGIU</w:t>
            </w:r>
          </w:p>
        </w:tc>
      </w:tr>
      <w:tr w:rsidR="00377113" w14:paraId="264ACFF4" w14:textId="77777777">
        <w:trPr>
          <w:cantSplit/>
          <w:trHeight w:val="510"/>
        </w:trPr>
        <w:tc>
          <w:tcPr>
            <w:tcW w:w="1606" w:type="dxa"/>
            <w:vMerge/>
          </w:tcPr>
          <w:p w14:paraId="153367FB" w14:textId="77777777" w:rsidR="00377113" w:rsidRDefault="00377113"/>
        </w:tc>
        <w:tc>
          <w:tcPr>
            <w:tcW w:w="8030" w:type="dxa"/>
            <w:gridSpan w:val="3"/>
            <w:shd w:val="clear" w:color="auto" w:fill="F0F0F0"/>
          </w:tcPr>
          <w:p w14:paraId="7028D6DB" w14:textId="77777777" w:rsidR="00377113" w:rsidRDefault="001964DB">
            <w:pPr>
              <w:keepNext/>
            </w:pPr>
            <w:r>
              <w:rPr>
                <w:b/>
                <w:color w:val="0D5F78"/>
              </w:rPr>
              <w:t>Autoritatea administrației publice</w:t>
            </w:r>
          </w:p>
          <w:p w14:paraId="69C7851E" w14:textId="27F1DD64" w:rsidR="00377113" w:rsidRDefault="00536DA1">
            <w:pPr>
              <w:keepNext/>
            </w:pPr>
            <w:r>
              <w:t>CONSILIUL JUDEȚEAN GIURGIU</w:t>
            </w:r>
          </w:p>
        </w:tc>
      </w:tr>
      <w:tr w:rsidR="00377113" w14:paraId="352BEBB2" w14:textId="77777777">
        <w:trPr>
          <w:cantSplit/>
          <w:trHeight w:val="510"/>
        </w:trPr>
        <w:tc>
          <w:tcPr>
            <w:tcW w:w="1606" w:type="dxa"/>
            <w:vMerge/>
          </w:tcPr>
          <w:p w14:paraId="1F188761" w14:textId="77777777" w:rsidR="00377113" w:rsidRDefault="00377113"/>
        </w:tc>
        <w:tc>
          <w:tcPr>
            <w:tcW w:w="2409" w:type="dxa"/>
            <w:shd w:val="clear" w:color="auto" w:fill="F0F0F0"/>
          </w:tcPr>
          <w:p w14:paraId="0B0E4F83" w14:textId="77777777" w:rsidR="00377113" w:rsidRPr="00343BBA" w:rsidRDefault="001964DB">
            <w:pPr>
              <w:keepNext/>
              <w:rPr>
                <w:lang w:val="fr-FR"/>
              </w:rPr>
            </w:pPr>
            <w:r w:rsidRPr="00343BBA">
              <w:rPr>
                <w:b/>
                <w:color w:val="0D5F78"/>
                <w:lang w:val="fr-FR"/>
              </w:rPr>
              <w:t>Cod de identificare fiscală (CIF)</w:t>
            </w:r>
          </w:p>
          <w:p w14:paraId="3F0CFBB4" w14:textId="04C6FB48" w:rsidR="00377113" w:rsidRPr="00343BBA" w:rsidRDefault="00536DA1">
            <w:pPr>
              <w:keepNext/>
              <w:rPr>
                <w:lang w:val="fr-FR"/>
              </w:rPr>
            </w:pPr>
            <w:r>
              <w:rPr>
                <w:lang w:val="fr-FR"/>
              </w:rPr>
              <w:t>4938042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7020FB2F" w14:textId="77777777" w:rsidR="00377113" w:rsidRDefault="001964DB">
            <w:pPr>
              <w:keepNext/>
            </w:pPr>
            <w:r>
              <w:rPr>
                <w:b/>
                <w:color w:val="0D5F78"/>
              </w:rPr>
              <w:t>Adresa oficială</w:t>
            </w:r>
          </w:p>
          <w:p w14:paraId="3C512F43" w14:textId="370F72C4" w:rsidR="00377113" w:rsidRPr="000F3F2B" w:rsidRDefault="00536DA1">
            <w:pPr>
              <w:keepNext/>
            </w:pPr>
            <w:r w:rsidRPr="000F3F2B">
              <w:rPr>
                <w:i/>
              </w:rPr>
              <w:t>Bulevardul București nr. 10, tel. 0372464611, email cjgiurgiu@gmail.com</w:t>
            </w:r>
          </w:p>
          <w:p w14:paraId="118EFA7B" w14:textId="77777777" w:rsidR="00377113" w:rsidRDefault="00377113">
            <w:pPr>
              <w:keepNext/>
            </w:pPr>
          </w:p>
        </w:tc>
      </w:tr>
      <w:tr w:rsidR="00377113" w14:paraId="44A91E8A" w14:textId="77777777">
        <w:trPr>
          <w:cantSplit/>
          <w:trHeight w:val="510"/>
        </w:trPr>
        <w:tc>
          <w:tcPr>
            <w:tcW w:w="1606" w:type="dxa"/>
            <w:vMerge/>
          </w:tcPr>
          <w:p w14:paraId="70FDC92D" w14:textId="77777777" w:rsidR="00377113" w:rsidRDefault="00377113"/>
        </w:tc>
        <w:tc>
          <w:tcPr>
            <w:tcW w:w="4818" w:type="dxa"/>
            <w:gridSpan w:val="2"/>
            <w:shd w:val="clear" w:color="auto" w:fill="F0F0F0"/>
          </w:tcPr>
          <w:p w14:paraId="531BC86B" w14:textId="77777777" w:rsidR="00377113" w:rsidRDefault="001964DB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6BE4A17C" w14:textId="77777777" w:rsidR="00377113" w:rsidRDefault="00377113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3D141279" w14:textId="77777777" w:rsidR="00377113" w:rsidRDefault="001964DB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61592AF" w14:textId="77777777" w:rsidR="00377113" w:rsidRDefault="00377113">
            <w:pPr>
              <w:keepNext/>
            </w:pPr>
          </w:p>
        </w:tc>
      </w:tr>
    </w:tbl>
    <w:p w14:paraId="0A1373E6" w14:textId="77777777" w:rsidR="00430A41" w:rsidRPr="00430A41" w:rsidRDefault="00430A41" w:rsidP="00430A41">
      <w:pPr>
        <w:spacing w:after="40"/>
        <w:rPr>
          <w:b/>
          <w:sz w:val="24"/>
          <w:szCs w:val="24"/>
        </w:rPr>
      </w:pPr>
    </w:p>
    <w:p w14:paraId="6EE796C5" w14:textId="77777777" w:rsidR="00377113" w:rsidRPr="00004412" w:rsidRDefault="001964DB" w:rsidP="00430A41">
      <w:pPr>
        <w:spacing w:after="40"/>
        <w:jc w:val="center"/>
        <w:rPr>
          <w:sz w:val="28"/>
          <w:szCs w:val="28"/>
        </w:rPr>
      </w:pPr>
      <w:r w:rsidRPr="00004412">
        <w:rPr>
          <w:b/>
          <w:sz w:val="28"/>
          <w:szCs w:val="28"/>
        </w:rPr>
        <w:t>CERERE</w:t>
      </w:r>
    </w:p>
    <w:p w14:paraId="458FF3BC" w14:textId="77777777" w:rsidR="00377113" w:rsidRDefault="00377113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77113" w14:paraId="40D14ED2" w14:textId="77777777">
        <w:trPr>
          <w:cantSplit/>
        </w:trPr>
        <w:tc>
          <w:tcPr>
            <w:tcW w:w="9636" w:type="dxa"/>
            <w:shd w:val="clear" w:color="auto" w:fill="F4F4F4"/>
          </w:tcPr>
          <w:p w14:paraId="3E8649FD" w14:textId="77777777" w:rsidR="00377113" w:rsidRDefault="001964DB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377113" w:rsidRPr="00004412" w14:paraId="505A1856" w14:textId="77777777">
        <w:trPr>
          <w:cantSplit/>
          <w:trHeight w:val="510"/>
        </w:trPr>
        <w:tc>
          <w:tcPr>
            <w:tcW w:w="9636" w:type="dxa"/>
          </w:tcPr>
          <w:p w14:paraId="44B5735E" w14:textId="77777777" w:rsidR="000F3F2B" w:rsidRDefault="00536DA1">
            <w:pPr>
              <w:keepNext/>
              <w:rPr>
                <w:b/>
                <w:color w:val="0D5F78"/>
                <w:lang w:val="fr-FR"/>
              </w:rPr>
            </w:pPr>
            <w:r>
              <w:rPr>
                <w:b/>
                <w:color w:val="0D5F78"/>
                <w:lang w:val="fr-FR"/>
              </w:rPr>
              <w:t xml:space="preserve"> </w:t>
            </w:r>
          </w:p>
          <w:p w14:paraId="2863ECC5" w14:textId="12A94179" w:rsidR="00377113" w:rsidRPr="000F3F2B" w:rsidRDefault="009F1AC9">
            <w:pPr>
              <w:keepNext/>
              <w:rPr>
                <w:lang w:val="fr-FR"/>
              </w:rPr>
            </w:pPr>
            <w:r>
              <w:rPr>
                <w:b/>
                <w:lang w:val="fr-FR"/>
              </w:rPr>
              <w:t xml:space="preserve"> </w:t>
            </w:r>
            <w:r w:rsidR="00536DA1" w:rsidRPr="000F3F2B">
              <w:rPr>
                <w:b/>
                <w:lang w:val="fr-FR"/>
              </w:rPr>
              <w:t>PREȘEDINTELE CONSILIULUI JUDEȚEAN GIURGIU</w:t>
            </w:r>
          </w:p>
          <w:p w14:paraId="1C7F07C7" w14:textId="77777777" w:rsidR="00377113" w:rsidRPr="00343BBA" w:rsidRDefault="00377113">
            <w:pPr>
              <w:keepNext/>
              <w:rPr>
                <w:lang w:val="fr-FR"/>
              </w:rPr>
            </w:pPr>
          </w:p>
        </w:tc>
      </w:tr>
    </w:tbl>
    <w:p w14:paraId="20841BEE" w14:textId="77777777" w:rsidR="00377113" w:rsidRPr="00343BBA" w:rsidRDefault="0037711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377113" w14:paraId="604C8CE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7303ACD" w14:textId="77777777" w:rsidR="00377113" w:rsidRDefault="001964DB">
            <w:pPr>
              <w:keepNext/>
            </w:pPr>
            <w:r w:rsidRPr="00343BB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377113" w14:paraId="7CFFB225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3C78B15" w14:textId="10F2EEBF" w:rsidR="00377113" w:rsidRDefault="00536DA1">
            <w:pPr>
              <w:keepNext/>
            </w:pPr>
            <w:r>
              <w:rPr>
                <w:b/>
                <w:color w:val="0D5F78"/>
              </w:rPr>
              <w:t xml:space="preserve"> </w:t>
            </w:r>
            <w:r w:rsidR="001964DB">
              <w:rPr>
                <w:b/>
                <w:color w:val="0D5F78"/>
              </w:rPr>
              <w:t>Nume și prenume</w:t>
            </w:r>
          </w:p>
          <w:p w14:paraId="492F91CD" w14:textId="77777777" w:rsidR="00377113" w:rsidRDefault="00377113">
            <w:pPr>
              <w:keepNext/>
            </w:pPr>
          </w:p>
        </w:tc>
        <w:tc>
          <w:tcPr>
            <w:tcW w:w="4015" w:type="dxa"/>
            <w:gridSpan w:val="3"/>
          </w:tcPr>
          <w:p w14:paraId="40F931FA" w14:textId="77777777" w:rsidR="00377113" w:rsidRDefault="001964DB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55EFD874" w14:textId="77777777" w:rsidR="00377113" w:rsidRDefault="00377113">
            <w:pPr>
              <w:keepNext/>
            </w:pPr>
          </w:p>
          <w:p w14:paraId="6D4FC7C2" w14:textId="77777777" w:rsidR="000F3F2B" w:rsidRDefault="000F3F2B">
            <w:pPr>
              <w:keepNext/>
            </w:pPr>
          </w:p>
          <w:p w14:paraId="32FF08C1" w14:textId="77777777" w:rsidR="000F3F2B" w:rsidRDefault="000F3F2B">
            <w:pPr>
              <w:keepNext/>
            </w:pPr>
          </w:p>
        </w:tc>
      </w:tr>
      <w:tr w:rsidR="00377113" w14:paraId="6A746F7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8623411" w14:textId="77777777" w:rsidR="00377113" w:rsidRDefault="001964DB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377113" w14:paraId="34135F0A" w14:textId="77777777">
        <w:trPr>
          <w:cantSplit/>
          <w:trHeight w:val="510"/>
        </w:trPr>
        <w:tc>
          <w:tcPr>
            <w:tcW w:w="1606" w:type="dxa"/>
          </w:tcPr>
          <w:p w14:paraId="0FE58C8A" w14:textId="52BDD8F9" w:rsidR="00377113" w:rsidRDefault="00536DA1">
            <w:pPr>
              <w:keepNext/>
            </w:pPr>
            <w:r>
              <w:rPr>
                <w:b/>
                <w:color w:val="0D5F78"/>
              </w:rPr>
              <w:t xml:space="preserve"> </w:t>
            </w:r>
            <w:r w:rsidR="001964DB">
              <w:rPr>
                <w:b/>
                <w:color w:val="0D5F78"/>
              </w:rPr>
              <w:t>Seria</w:t>
            </w:r>
          </w:p>
          <w:p w14:paraId="744D4F37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54E4DCF4" w14:textId="77777777" w:rsidR="00377113" w:rsidRDefault="001964DB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6AFD4CBD" w14:textId="77777777" w:rsidR="00377113" w:rsidRDefault="00377113">
            <w:pPr>
              <w:keepNext/>
            </w:pPr>
          </w:p>
        </w:tc>
        <w:tc>
          <w:tcPr>
            <w:tcW w:w="4818" w:type="dxa"/>
            <w:gridSpan w:val="5"/>
          </w:tcPr>
          <w:p w14:paraId="1275CF2C" w14:textId="77777777" w:rsidR="00377113" w:rsidRDefault="001964DB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4C997CA9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375049A5" w14:textId="77777777" w:rsidR="00377113" w:rsidRDefault="001964DB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1E260826" w14:textId="77777777" w:rsidR="00377113" w:rsidRDefault="00377113">
            <w:pPr>
              <w:keepNext/>
            </w:pPr>
          </w:p>
        </w:tc>
      </w:tr>
      <w:tr w:rsidR="00377113" w14:paraId="20F26A7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631D62D" w14:textId="77777777" w:rsidR="00377113" w:rsidRDefault="001964DB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377113" w14:paraId="14021D8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EEC3E11" w14:textId="58399C27" w:rsidR="00377113" w:rsidRDefault="00536DA1">
            <w:pPr>
              <w:keepNext/>
            </w:pPr>
            <w:r>
              <w:rPr>
                <w:b/>
                <w:color w:val="0D5F78"/>
              </w:rPr>
              <w:t xml:space="preserve"> </w:t>
            </w:r>
            <w:r w:rsidR="001964DB">
              <w:rPr>
                <w:b/>
                <w:color w:val="0D5F78"/>
              </w:rPr>
              <w:t>Județul</w:t>
            </w:r>
          </w:p>
          <w:p w14:paraId="1815C0EF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4"/>
          </w:tcPr>
          <w:p w14:paraId="1597517E" w14:textId="77777777" w:rsidR="00377113" w:rsidRDefault="001964DB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691DF8E2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3DE1D317" w14:textId="77777777" w:rsidR="00377113" w:rsidRDefault="001964DB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1B6BDCCB" w14:textId="77777777" w:rsidR="00377113" w:rsidRDefault="00377113">
            <w:pPr>
              <w:keepNext/>
            </w:pPr>
          </w:p>
        </w:tc>
      </w:tr>
      <w:tr w:rsidR="00377113" w14:paraId="35FE036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032BBD3" w14:textId="352859E3" w:rsidR="00377113" w:rsidRDefault="00536DA1">
            <w:pPr>
              <w:keepNext/>
            </w:pPr>
            <w:r>
              <w:rPr>
                <w:b/>
                <w:color w:val="0D5F78"/>
              </w:rPr>
              <w:t xml:space="preserve"> </w:t>
            </w:r>
            <w:r w:rsidR="001964DB">
              <w:rPr>
                <w:b/>
                <w:color w:val="0D5F78"/>
              </w:rPr>
              <w:t>Strada</w:t>
            </w:r>
          </w:p>
          <w:p w14:paraId="255C5EF4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3B36D30" w14:textId="77777777" w:rsidR="00377113" w:rsidRDefault="001964DB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570AD44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7EB3F9F1" w14:textId="77777777" w:rsidR="00377113" w:rsidRDefault="001964DB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98896A6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8084122" w14:textId="77777777" w:rsidR="00377113" w:rsidRDefault="001964DB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1FB7A599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35895CD" w14:textId="77777777" w:rsidR="00377113" w:rsidRDefault="001964DB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877D4A7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0825FC30" w14:textId="77777777" w:rsidR="00377113" w:rsidRDefault="001964DB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34487808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5B31A664" w14:textId="77777777" w:rsidR="00377113" w:rsidRDefault="001964DB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1AC94237" w14:textId="77777777" w:rsidR="00377113" w:rsidRDefault="00377113">
            <w:pPr>
              <w:keepNext/>
            </w:pPr>
          </w:p>
        </w:tc>
      </w:tr>
      <w:tr w:rsidR="00377113" w14:paraId="7E5729B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CD68FCA" w14:textId="77777777" w:rsidR="00377113" w:rsidRDefault="001964DB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377113" w14:paraId="66B951DB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E97DD8" w14:textId="680D2B82" w:rsidR="00377113" w:rsidRDefault="00536DA1">
            <w:r>
              <w:rPr>
                <w:b/>
                <w:color w:val="0D5F78"/>
              </w:rPr>
              <w:t xml:space="preserve"> </w:t>
            </w:r>
            <w:r w:rsidR="001964DB">
              <w:rPr>
                <w:b/>
                <w:color w:val="0D5F78"/>
              </w:rPr>
              <w:t>Telefon / fax</w:t>
            </w:r>
          </w:p>
          <w:p w14:paraId="488DB23E" w14:textId="77777777" w:rsidR="00377113" w:rsidRDefault="00377113"/>
        </w:tc>
        <w:tc>
          <w:tcPr>
            <w:tcW w:w="5621" w:type="dxa"/>
            <w:gridSpan w:val="5"/>
          </w:tcPr>
          <w:p w14:paraId="7EFBC837" w14:textId="77777777" w:rsidR="00377113" w:rsidRDefault="001964DB">
            <w:r>
              <w:rPr>
                <w:b/>
                <w:color w:val="0D5F78"/>
              </w:rPr>
              <w:t>E-mail</w:t>
            </w:r>
          </w:p>
          <w:p w14:paraId="1C3CE210" w14:textId="77777777" w:rsidR="00377113" w:rsidRDefault="00377113"/>
        </w:tc>
      </w:tr>
    </w:tbl>
    <w:p w14:paraId="2E8A375E" w14:textId="77777777" w:rsidR="00377113" w:rsidRDefault="001964DB" w:rsidP="001A5928">
      <w:pPr>
        <w:spacing w:before="80" w:after="60"/>
        <w:jc w:val="center"/>
      </w:pPr>
      <w:r>
        <w:rPr>
          <w:sz w:val="18"/>
        </w:rPr>
        <w:t>în temeiul art. 257 alin. (17) din Legea nr. 169/2026 privind Codul amenajării teritoriului, urbanismului și construcțiilor,</w:t>
      </w:r>
    </w:p>
    <w:p w14:paraId="21143514" w14:textId="0C399F49" w:rsidR="00004412" w:rsidRDefault="001964DB" w:rsidP="001A5928">
      <w:pPr>
        <w:spacing w:before="80" w:after="60"/>
        <w:jc w:val="center"/>
        <w:rPr>
          <w:b/>
          <w:color w:val="000000"/>
          <w:sz w:val="18"/>
          <w:lang w:val="fr-FR"/>
        </w:rPr>
      </w:pPr>
      <w:r w:rsidRPr="00004412">
        <w:rPr>
          <w:sz w:val="18"/>
          <w:lang w:val="fr-FR"/>
        </w:rPr>
        <w:t>solicit prelungirea valabilității</w:t>
      </w:r>
    </w:p>
    <w:p w14:paraId="077ADEDA" w14:textId="5045CE9D" w:rsidR="00377113" w:rsidRPr="00915D8F" w:rsidRDefault="00004412" w:rsidP="001A5928">
      <w:pPr>
        <w:spacing w:before="80" w:after="60"/>
        <w:jc w:val="center"/>
        <w:rPr>
          <w:sz w:val="24"/>
          <w:szCs w:val="24"/>
          <w:lang w:val="fr-FR"/>
        </w:rPr>
      </w:pPr>
      <w:r w:rsidRPr="00915D8F">
        <w:rPr>
          <w:b/>
          <w:color w:val="000000"/>
          <w:sz w:val="24"/>
          <w:szCs w:val="24"/>
          <w:lang w:val="fr-FR"/>
        </w:rPr>
        <w:t>CERTIFICATULUI DE URBANISM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803"/>
        <w:gridCol w:w="4818"/>
      </w:tblGrid>
      <w:tr w:rsidR="00377113" w14:paraId="62A1223F" w14:textId="77777777">
        <w:trPr>
          <w:cantSplit/>
          <w:trHeight w:val="510"/>
        </w:trPr>
        <w:tc>
          <w:tcPr>
            <w:tcW w:w="1606" w:type="dxa"/>
          </w:tcPr>
          <w:p w14:paraId="7765B9B1" w14:textId="77777777" w:rsidR="00377113" w:rsidRDefault="001964DB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491A8A0" w14:textId="77777777" w:rsidR="00377113" w:rsidRDefault="00377113">
            <w:pPr>
              <w:keepNext/>
            </w:pPr>
          </w:p>
        </w:tc>
        <w:tc>
          <w:tcPr>
            <w:tcW w:w="2409" w:type="dxa"/>
          </w:tcPr>
          <w:p w14:paraId="32FEB634" w14:textId="77777777" w:rsidR="00377113" w:rsidRDefault="001964DB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70A0A594" w14:textId="77777777" w:rsidR="00377113" w:rsidRDefault="00377113">
            <w:pPr>
              <w:keepNext/>
            </w:pPr>
          </w:p>
        </w:tc>
        <w:tc>
          <w:tcPr>
            <w:tcW w:w="5621" w:type="dxa"/>
            <w:gridSpan w:val="2"/>
          </w:tcPr>
          <w:p w14:paraId="5DFD23E9" w14:textId="77777777" w:rsidR="00377113" w:rsidRDefault="001964DB">
            <w:pPr>
              <w:keepNext/>
            </w:pPr>
            <w:r>
              <w:rPr>
                <w:b/>
                <w:color w:val="0D5F78"/>
              </w:rPr>
              <w:t>Emis de</w:t>
            </w:r>
          </w:p>
          <w:p w14:paraId="5357994E" w14:textId="77777777" w:rsidR="00377113" w:rsidRDefault="00377113">
            <w:pPr>
              <w:keepNext/>
            </w:pPr>
          </w:p>
        </w:tc>
      </w:tr>
      <w:tr w:rsidR="00377113" w14:paraId="356194D4" w14:textId="77777777">
        <w:trPr>
          <w:cantSplit/>
          <w:trHeight w:val="510"/>
        </w:trPr>
        <w:tc>
          <w:tcPr>
            <w:tcW w:w="4818" w:type="dxa"/>
            <w:gridSpan w:val="3"/>
          </w:tcPr>
          <w:p w14:paraId="5AABADB7" w14:textId="77777777" w:rsidR="00377113" w:rsidRDefault="001964DB">
            <w:r>
              <w:rPr>
                <w:b/>
                <w:color w:val="0D5F78"/>
              </w:rPr>
              <w:t>Prelungirea solicitată — de la data</w:t>
            </w:r>
          </w:p>
          <w:p w14:paraId="073435BA" w14:textId="77777777" w:rsidR="00377113" w:rsidRDefault="00377113"/>
        </w:tc>
        <w:tc>
          <w:tcPr>
            <w:tcW w:w="4818" w:type="dxa"/>
          </w:tcPr>
          <w:p w14:paraId="78FDD7CA" w14:textId="77777777" w:rsidR="00377113" w:rsidRDefault="001964DB">
            <w:r>
              <w:rPr>
                <w:b/>
                <w:color w:val="0D5F78"/>
              </w:rPr>
              <w:t>până la data</w:t>
            </w:r>
          </w:p>
          <w:p w14:paraId="3D4C5B91" w14:textId="77777777" w:rsidR="00377113" w:rsidRDefault="00377113"/>
        </w:tc>
      </w:tr>
    </w:tbl>
    <w:p w14:paraId="7B9769F8" w14:textId="77777777" w:rsidR="00377113" w:rsidRDefault="0037711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377113" w14:paraId="18332584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AC950F1" w14:textId="77777777" w:rsidR="00377113" w:rsidRDefault="001964DB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377113" w14:paraId="248B564F" w14:textId="77777777">
        <w:trPr>
          <w:cantSplit/>
        </w:trPr>
        <w:tc>
          <w:tcPr>
            <w:tcW w:w="9636" w:type="dxa"/>
            <w:gridSpan w:val="6"/>
          </w:tcPr>
          <w:p w14:paraId="7D32E515" w14:textId="77777777" w:rsidR="00377113" w:rsidRDefault="001964DB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377113" w14:paraId="533C4D6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07ADBF6" w14:textId="77777777" w:rsidR="00377113" w:rsidRDefault="001964DB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545515E0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5F352457" w14:textId="77777777" w:rsidR="00377113" w:rsidRDefault="001964DB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14C00203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2519EFDA" w14:textId="77777777" w:rsidR="00377113" w:rsidRDefault="001964DB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6F1351F6" w14:textId="77777777" w:rsidR="00377113" w:rsidRDefault="00377113">
            <w:pPr>
              <w:keepNext/>
            </w:pPr>
          </w:p>
        </w:tc>
      </w:tr>
      <w:tr w:rsidR="00377113" w14:paraId="2D9B8DB3" w14:textId="77777777">
        <w:trPr>
          <w:cantSplit/>
          <w:trHeight w:val="510"/>
        </w:trPr>
        <w:tc>
          <w:tcPr>
            <w:tcW w:w="1606" w:type="dxa"/>
          </w:tcPr>
          <w:p w14:paraId="4B72CFDF" w14:textId="77777777" w:rsidR="00377113" w:rsidRDefault="001964DB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E9D7B3A" w14:textId="77777777" w:rsidR="00377113" w:rsidRDefault="00377113">
            <w:pPr>
              <w:keepNext/>
            </w:pPr>
          </w:p>
        </w:tc>
        <w:tc>
          <w:tcPr>
            <w:tcW w:w="4818" w:type="dxa"/>
            <w:gridSpan w:val="3"/>
          </w:tcPr>
          <w:p w14:paraId="4A8D120C" w14:textId="77777777" w:rsidR="00377113" w:rsidRDefault="001964DB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0FA361F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39FAFBFC" w14:textId="77777777" w:rsidR="00377113" w:rsidRDefault="001964DB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CA1B947" w14:textId="77777777" w:rsidR="00377113" w:rsidRDefault="00377113">
            <w:pPr>
              <w:keepNext/>
            </w:pPr>
          </w:p>
        </w:tc>
        <w:tc>
          <w:tcPr>
            <w:tcW w:w="2409" w:type="dxa"/>
          </w:tcPr>
          <w:p w14:paraId="134DC49E" w14:textId="77777777" w:rsidR="00377113" w:rsidRDefault="001964DB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297CA390" w14:textId="77777777" w:rsidR="00377113" w:rsidRDefault="00377113">
            <w:pPr>
              <w:keepNext/>
            </w:pPr>
          </w:p>
        </w:tc>
      </w:tr>
      <w:tr w:rsidR="00377113" w14:paraId="7B19E8B5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4397E352" w14:textId="77777777" w:rsidR="00377113" w:rsidRPr="00343BBA" w:rsidRDefault="001964DB">
            <w:pPr>
              <w:keepNext/>
              <w:rPr>
                <w:lang w:val="fr-FR"/>
              </w:rPr>
            </w:pPr>
            <w:r w:rsidRPr="00343BBA">
              <w:rPr>
                <w:b/>
                <w:color w:val="0D5F78"/>
                <w:lang w:val="fr-FR"/>
              </w:rPr>
              <w:t>Număr cadastral</w:t>
            </w:r>
          </w:p>
          <w:p w14:paraId="34F88BB8" w14:textId="77777777" w:rsidR="00377113" w:rsidRPr="00343BBA" w:rsidRDefault="001964DB">
            <w:pPr>
              <w:keepNext/>
              <w:rPr>
                <w:lang w:val="fr-FR"/>
              </w:rPr>
            </w:pPr>
            <w:r w:rsidRPr="00343BBA">
              <w:rPr>
                <w:i/>
                <w:color w:val="7A7A7A"/>
                <w:lang w:val="fr-FR"/>
              </w:rPr>
              <w:t>dacă imobilul e înscris în e-Terra</w:t>
            </w:r>
          </w:p>
          <w:p w14:paraId="3E14DDE5" w14:textId="77777777" w:rsidR="00377113" w:rsidRPr="00343BBA" w:rsidRDefault="00377113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4191820B" w14:textId="77777777" w:rsidR="00377113" w:rsidRDefault="001964DB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0636B066" w14:textId="77777777" w:rsidR="00377113" w:rsidRDefault="00377113">
            <w:pPr>
              <w:keepNext/>
            </w:pPr>
          </w:p>
        </w:tc>
      </w:tr>
    </w:tbl>
    <w:p w14:paraId="2A5FFFCA" w14:textId="77777777" w:rsidR="00377113" w:rsidRDefault="0037711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77113" w14:paraId="416CCAE3" w14:textId="77777777">
        <w:trPr>
          <w:cantSplit/>
        </w:trPr>
        <w:tc>
          <w:tcPr>
            <w:tcW w:w="9636" w:type="dxa"/>
            <w:shd w:val="clear" w:color="auto" w:fill="F4F4F4"/>
          </w:tcPr>
          <w:p w14:paraId="3FE4A3CD" w14:textId="77777777" w:rsidR="00377113" w:rsidRDefault="001964DB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377113" w:rsidRPr="00004412" w14:paraId="53555C64" w14:textId="77777777">
        <w:trPr>
          <w:cantSplit/>
        </w:trPr>
        <w:tc>
          <w:tcPr>
            <w:tcW w:w="9636" w:type="dxa"/>
          </w:tcPr>
          <w:p w14:paraId="05B03106" w14:textId="77777777" w:rsidR="00377113" w:rsidRPr="00343BBA" w:rsidRDefault="001964DB">
            <w:pPr>
              <w:rPr>
                <w:lang w:val="fr-FR"/>
              </w:rPr>
            </w:pPr>
            <w:r w:rsidRPr="00343BBA">
              <w:rPr>
                <w:sz w:val="16"/>
                <w:lang w:val="fr-FR"/>
              </w:rPr>
              <w:t xml:space="preserve"> ☐ certificatul de urbanism (în original)     ☐ documentul privind achitarea taxei (copie)</w:t>
            </w:r>
          </w:p>
        </w:tc>
      </w:tr>
    </w:tbl>
    <w:p w14:paraId="0CC63E6D" w14:textId="77777777" w:rsidR="00377113" w:rsidRPr="00343BBA" w:rsidRDefault="0037711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377113" w14:paraId="67AC911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C5583C3" w14:textId="77777777" w:rsidR="00377113" w:rsidRDefault="001964DB">
            <w:pPr>
              <w:keepNext/>
            </w:pPr>
            <w:r w:rsidRPr="00343BB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377113" w14:paraId="2C613BE7" w14:textId="77777777">
        <w:trPr>
          <w:cantSplit/>
          <w:trHeight w:val="510"/>
        </w:trPr>
        <w:tc>
          <w:tcPr>
            <w:tcW w:w="1606" w:type="dxa"/>
          </w:tcPr>
          <w:p w14:paraId="6247744D" w14:textId="77777777" w:rsidR="00377113" w:rsidRDefault="001964DB">
            <w:r>
              <w:rPr>
                <w:b/>
                <w:color w:val="0D5F78"/>
              </w:rPr>
              <w:t>Data</w:t>
            </w:r>
          </w:p>
          <w:p w14:paraId="6A45905A" w14:textId="77777777" w:rsidR="00377113" w:rsidRDefault="00377113"/>
        </w:tc>
        <w:tc>
          <w:tcPr>
            <w:tcW w:w="4818" w:type="dxa"/>
          </w:tcPr>
          <w:p w14:paraId="09BFB97F" w14:textId="77777777" w:rsidR="00377113" w:rsidRDefault="001964DB">
            <w:r>
              <w:rPr>
                <w:b/>
                <w:color w:val="0D5F78"/>
              </w:rPr>
              <w:t>Solicitantul</w:t>
            </w:r>
          </w:p>
          <w:p w14:paraId="1B3BE6B9" w14:textId="77777777" w:rsidR="00377113" w:rsidRDefault="00377113"/>
        </w:tc>
        <w:tc>
          <w:tcPr>
            <w:tcW w:w="3212" w:type="dxa"/>
          </w:tcPr>
          <w:p w14:paraId="640F19C7" w14:textId="77777777" w:rsidR="00377113" w:rsidRDefault="001964DB">
            <w:r>
              <w:rPr>
                <w:b/>
                <w:color w:val="0D5F78"/>
              </w:rPr>
              <w:t>Semnătura</w:t>
            </w:r>
          </w:p>
          <w:p w14:paraId="325CC794" w14:textId="77777777" w:rsidR="00377113" w:rsidRDefault="00377113"/>
        </w:tc>
      </w:tr>
    </w:tbl>
    <w:p w14:paraId="2943DD2B" w14:textId="77777777" w:rsidR="00377113" w:rsidRDefault="00377113">
      <w:pPr>
        <w:spacing w:line="168" w:lineRule="auto"/>
      </w:pPr>
      <w:bookmarkStart w:id="0" w:name="_GoBack"/>
      <w:bookmarkEnd w:id="0"/>
    </w:p>
    <w:sectPr w:rsidR="00377113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D73C56" w14:textId="77777777" w:rsidR="00F81AE6" w:rsidRDefault="00F81AE6">
      <w:r>
        <w:separator/>
      </w:r>
    </w:p>
  </w:endnote>
  <w:endnote w:type="continuationSeparator" w:id="0">
    <w:p w14:paraId="3156DEA2" w14:textId="77777777" w:rsidR="00F81AE6" w:rsidRDefault="00F81A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0A959F" w14:textId="5B6BED5A" w:rsidR="00377113" w:rsidRDefault="001964DB">
    <w:pPr>
      <w:pStyle w:val="Footer"/>
      <w:tabs>
        <w:tab w:val="right" w:pos="9639"/>
      </w:tabs>
    </w:pPr>
    <w:r>
      <w:rPr>
        <w:color w:val="595959"/>
      </w:rPr>
      <w:t>F_CU_03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915D8F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915D8F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7B3F83" w14:textId="77777777" w:rsidR="00F81AE6" w:rsidRDefault="00F81AE6">
      <w:r>
        <w:separator/>
      </w:r>
    </w:p>
  </w:footnote>
  <w:footnote w:type="continuationSeparator" w:id="0">
    <w:p w14:paraId="0CB97598" w14:textId="77777777" w:rsidR="00F81AE6" w:rsidRDefault="00F81A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04412"/>
    <w:rsid w:val="00034616"/>
    <w:rsid w:val="0006063C"/>
    <w:rsid w:val="000F3F2B"/>
    <w:rsid w:val="0015074B"/>
    <w:rsid w:val="001964DB"/>
    <w:rsid w:val="001A5928"/>
    <w:rsid w:val="00200236"/>
    <w:rsid w:val="0029639D"/>
    <w:rsid w:val="00326F90"/>
    <w:rsid w:val="00343BBA"/>
    <w:rsid w:val="00377113"/>
    <w:rsid w:val="00430A41"/>
    <w:rsid w:val="00536DA1"/>
    <w:rsid w:val="006C103E"/>
    <w:rsid w:val="00915D8F"/>
    <w:rsid w:val="009F1AC9"/>
    <w:rsid w:val="00AA030B"/>
    <w:rsid w:val="00AA1D8D"/>
    <w:rsid w:val="00B47730"/>
    <w:rsid w:val="00BA5DE3"/>
    <w:rsid w:val="00C67AFA"/>
    <w:rsid w:val="00CB0664"/>
    <w:rsid w:val="00CD60E9"/>
    <w:rsid w:val="00EF74EB"/>
    <w:rsid w:val="00F81AE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AD59A43"/>
  <w14:defaultImageDpi w14:val="300"/>
  <w15:docId w15:val="{97DF3C56-96A9-43C6-A3C1-75E6ACDF9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536D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6D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21E79E4-47CF-49F0-9918-A9B5C8D15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1224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Ionescu</dc:creator>
  <cp:keywords/>
  <cp:lastModifiedBy>Bogdan Ionescu</cp:lastModifiedBy>
  <cp:revision>10</cp:revision>
  <cp:lastPrinted>2026-09-14T07:08:00Z</cp:lastPrinted>
  <dcterms:created xsi:type="dcterms:W3CDTF">2026-09-09T08:44:00Z</dcterms:created>
  <dcterms:modified xsi:type="dcterms:W3CDTF">2026-09-14T09:43:00Z</dcterms:modified>
  <cp:category/>
</cp:coreProperties>
</file>