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71"/>
        <w:gridCol w:w="2347"/>
        <w:gridCol w:w="3212"/>
      </w:tblGrid>
      <w:tr w:rsidR="00BD4241" w:rsidRPr="004B5ED7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023509DE" w:rsidR="00BD4241" w:rsidRPr="004B5ED7" w:rsidRDefault="00092E24">
            <w:pPr>
              <w:keepNext/>
              <w:jc w:val="center"/>
              <w:rPr>
                <w:sz w:val="16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7C8303D" wp14:editId="65EF5C8B">
                  <wp:extent cx="802640" cy="943610"/>
                  <wp:effectExtent l="0" t="0" r="0" b="8890"/>
                  <wp:docPr id="2" name="Picture 2" descr="\\192.168.0.13\Urbanism - Schimb (corina)\FORMULARE NOI\CERERI CU STEMĂ\STEMĂ GIURGI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\\192.168.0.13\Urbanism - Schimb (corina)\FORMULARE NOI\CERERI CU STEMĂ\STEMĂ GIURGIU.jpe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640" cy="94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Județul</w:t>
            </w:r>
            <w:proofErr w:type="spellEnd"/>
          </w:p>
          <w:p w14:paraId="5170F875" w14:textId="32C55DFB" w:rsidR="00BD4241" w:rsidRPr="004B5ED7" w:rsidRDefault="00C675B6">
            <w:pPr>
              <w:keepNext/>
              <w:rPr>
                <w:sz w:val="16"/>
                <w:szCs w:val="24"/>
              </w:rPr>
            </w:pPr>
            <w:r w:rsidRPr="004B5ED7">
              <w:rPr>
                <w:sz w:val="16"/>
                <w:szCs w:val="24"/>
              </w:rPr>
              <w:t>GIURGIU</w:t>
            </w:r>
          </w:p>
        </w:tc>
      </w:tr>
      <w:tr w:rsidR="00BD4241" w:rsidRPr="00092E24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Pr="004B5ED7" w:rsidRDefault="00BD4241">
            <w:pPr>
              <w:rPr>
                <w:sz w:val="16"/>
                <w:szCs w:val="24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Pr="004B5ED7" w:rsidRDefault="00D13697">
            <w:pPr>
              <w:keepNext/>
              <w:rPr>
                <w:sz w:val="16"/>
                <w:szCs w:val="24"/>
                <w:lang w:val="pt-BR"/>
              </w:rPr>
            </w:pPr>
            <w:r w:rsidRPr="004B5ED7">
              <w:rPr>
                <w:b/>
                <w:color w:val="0D5F78"/>
                <w:sz w:val="16"/>
                <w:szCs w:val="24"/>
                <w:lang w:val="pt-BR"/>
              </w:rPr>
              <w:t>Autoritatea administrației publice</w:t>
            </w:r>
          </w:p>
          <w:p w14:paraId="5529F8B8" w14:textId="148AF640" w:rsidR="00BD4241" w:rsidRPr="004B5ED7" w:rsidRDefault="00C675B6">
            <w:pPr>
              <w:keepNext/>
              <w:rPr>
                <w:sz w:val="16"/>
                <w:szCs w:val="24"/>
                <w:lang w:val="pt-BR"/>
              </w:rPr>
            </w:pPr>
            <w:r w:rsidRPr="004B5ED7">
              <w:rPr>
                <w:sz w:val="16"/>
                <w:szCs w:val="24"/>
                <w:lang w:val="pt-BR"/>
              </w:rPr>
              <w:t>CONSILIUL JUDEȚEAN GIURGIU</w:t>
            </w:r>
          </w:p>
        </w:tc>
      </w:tr>
      <w:tr w:rsidR="00BD4241" w:rsidRPr="00092E24" w14:paraId="4792C433" w14:textId="77777777" w:rsidTr="00361B1E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Pr="004B5ED7" w:rsidRDefault="00BD4241">
            <w:pPr>
              <w:rPr>
                <w:sz w:val="16"/>
                <w:szCs w:val="24"/>
                <w:lang w:val="pt-BR"/>
              </w:rPr>
            </w:pPr>
          </w:p>
        </w:tc>
        <w:tc>
          <w:tcPr>
            <w:tcW w:w="2471" w:type="dxa"/>
            <w:shd w:val="clear" w:color="auto" w:fill="F0F0F0"/>
          </w:tcPr>
          <w:p w14:paraId="63A69977" w14:textId="017E652B" w:rsidR="00BD4241" w:rsidRPr="004B5ED7" w:rsidRDefault="00D13697">
            <w:pPr>
              <w:keepNext/>
              <w:rPr>
                <w:sz w:val="16"/>
                <w:szCs w:val="24"/>
                <w:lang w:val="fr-FR"/>
              </w:rPr>
            </w:pPr>
            <w:r w:rsidRPr="004B5ED7">
              <w:rPr>
                <w:b/>
                <w:color w:val="0D5F78"/>
                <w:sz w:val="16"/>
                <w:szCs w:val="24"/>
                <w:lang w:val="fr-FR"/>
              </w:rPr>
              <w:t>C</w:t>
            </w:r>
            <w:r w:rsidR="00124D5B">
              <w:rPr>
                <w:b/>
                <w:color w:val="0D5F78"/>
                <w:sz w:val="16"/>
                <w:szCs w:val="24"/>
                <w:lang w:val="fr-FR"/>
              </w:rPr>
              <w:t xml:space="preserve">od </w:t>
            </w:r>
            <w:proofErr w:type="gramStart"/>
            <w:r w:rsidR="00124D5B">
              <w:rPr>
                <w:b/>
                <w:color w:val="0D5F78"/>
                <w:sz w:val="16"/>
                <w:szCs w:val="24"/>
                <w:lang w:val="fr-FR"/>
              </w:rPr>
              <w:t xml:space="preserve">de </w:t>
            </w:r>
            <w:proofErr w:type="spellStart"/>
            <w:r w:rsidR="00124D5B">
              <w:rPr>
                <w:b/>
                <w:color w:val="0D5F78"/>
                <w:sz w:val="16"/>
                <w:szCs w:val="24"/>
                <w:lang w:val="fr-FR"/>
              </w:rPr>
              <w:t>identificare</w:t>
            </w:r>
            <w:proofErr w:type="spellEnd"/>
            <w:proofErr w:type="gramEnd"/>
            <w:r w:rsidR="00124D5B">
              <w:rPr>
                <w:b/>
                <w:color w:val="0D5F78"/>
                <w:sz w:val="16"/>
                <w:szCs w:val="24"/>
                <w:lang w:val="fr-FR"/>
              </w:rPr>
              <w:t xml:space="preserve"> </w:t>
            </w:r>
            <w:proofErr w:type="spellStart"/>
            <w:r w:rsidR="00124D5B">
              <w:rPr>
                <w:b/>
                <w:color w:val="0D5F78"/>
                <w:sz w:val="16"/>
                <w:szCs w:val="24"/>
                <w:lang w:val="fr-FR"/>
              </w:rPr>
              <w:t>fiscală</w:t>
            </w:r>
            <w:proofErr w:type="spellEnd"/>
            <w:r w:rsidR="00124D5B">
              <w:rPr>
                <w:b/>
                <w:color w:val="0D5F78"/>
                <w:sz w:val="16"/>
                <w:szCs w:val="24"/>
                <w:lang w:val="fr-FR"/>
              </w:rPr>
              <w:t xml:space="preserve"> (CIF)</w:t>
            </w:r>
          </w:p>
          <w:p w14:paraId="095A60EC" w14:textId="66F6DDCE" w:rsidR="00BD4241" w:rsidRPr="004B5ED7" w:rsidRDefault="00C675B6">
            <w:pPr>
              <w:keepNext/>
              <w:rPr>
                <w:sz w:val="16"/>
                <w:szCs w:val="24"/>
                <w:lang w:val="fr-FR"/>
              </w:rPr>
            </w:pPr>
            <w:r w:rsidRPr="004B5ED7">
              <w:rPr>
                <w:sz w:val="16"/>
                <w:szCs w:val="24"/>
                <w:lang w:val="fr-FR"/>
              </w:rPr>
              <w:t>4938042</w:t>
            </w:r>
          </w:p>
        </w:tc>
        <w:tc>
          <w:tcPr>
            <w:tcW w:w="5559" w:type="dxa"/>
            <w:gridSpan w:val="2"/>
            <w:shd w:val="clear" w:color="auto" w:fill="F0F0F0"/>
          </w:tcPr>
          <w:p w14:paraId="6B44E66B" w14:textId="77777777" w:rsidR="00BD4241" w:rsidRPr="004B5ED7" w:rsidRDefault="00D13697">
            <w:pPr>
              <w:keepNext/>
              <w:rPr>
                <w:sz w:val="16"/>
                <w:szCs w:val="24"/>
                <w:lang w:val="pt-BR"/>
              </w:rPr>
            </w:pPr>
            <w:r w:rsidRPr="004B5ED7">
              <w:rPr>
                <w:b/>
                <w:color w:val="0D5F78"/>
                <w:sz w:val="16"/>
                <w:szCs w:val="24"/>
                <w:lang w:val="pt-BR"/>
              </w:rPr>
              <w:t>Adresa oficială</w:t>
            </w:r>
          </w:p>
          <w:p w14:paraId="160A0A2F" w14:textId="5B505AFF" w:rsidR="00C675B6" w:rsidRPr="00361B1E" w:rsidRDefault="008F3661" w:rsidP="00C675B6">
            <w:pPr>
              <w:keepNext/>
              <w:rPr>
                <w:i/>
                <w:sz w:val="16"/>
                <w:szCs w:val="24"/>
                <w:lang w:val="pt-BR"/>
              </w:rPr>
            </w:pPr>
            <w:r w:rsidRPr="00361B1E">
              <w:rPr>
                <w:i/>
                <w:sz w:val="16"/>
                <w:szCs w:val="24"/>
                <w:lang w:val="pt-BR"/>
              </w:rPr>
              <w:t>Bulevardul București nr. 10, tel</w:t>
            </w:r>
            <w:r w:rsidR="00C675B6" w:rsidRPr="00361B1E">
              <w:rPr>
                <w:i/>
                <w:sz w:val="16"/>
                <w:szCs w:val="24"/>
                <w:lang w:val="pt-BR"/>
              </w:rPr>
              <w:t xml:space="preserve">, 0372462611, </w:t>
            </w:r>
            <w:r w:rsidRPr="00361B1E">
              <w:rPr>
                <w:i/>
                <w:sz w:val="16"/>
                <w:szCs w:val="24"/>
                <w:lang w:val="pt-BR"/>
              </w:rPr>
              <w:t xml:space="preserve">email </w:t>
            </w:r>
            <w:r w:rsidR="00C675B6" w:rsidRPr="00361B1E">
              <w:rPr>
                <w:i/>
                <w:sz w:val="16"/>
                <w:szCs w:val="24"/>
                <w:lang w:val="pt-BR"/>
              </w:rPr>
              <w:t>cjgiurgiu@gmail.com</w:t>
            </w:r>
          </w:p>
          <w:p w14:paraId="72B93E2A" w14:textId="77777777" w:rsidR="00BD4241" w:rsidRPr="004B5ED7" w:rsidRDefault="00BD4241">
            <w:pPr>
              <w:keepNext/>
              <w:rPr>
                <w:sz w:val="16"/>
                <w:szCs w:val="24"/>
                <w:lang w:val="pt-BR"/>
              </w:rPr>
            </w:pPr>
          </w:p>
        </w:tc>
      </w:tr>
      <w:tr w:rsidR="00BD4241" w:rsidRPr="004B5ED7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Pr="004B5ED7" w:rsidRDefault="00BD4241">
            <w:pPr>
              <w:rPr>
                <w:sz w:val="16"/>
                <w:szCs w:val="24"/>
                <w:lang w:val="pt-B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Număr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de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înregistrare</w:t>
            </w:r>
            <w:proofErr w:type="spellEnd"/>
          </w:p>
          <w:p w14:paraId="30BAE2CC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>Data</w:t>
            </w:r>
          </w:p>
          <w:p w14:paraId="44DBF38B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</w:tbl>
    <w:p w14:paraId="118016BF" w14:textId="77777777" w:rsidR="00BD4241" w:rsidRPr="004B5ED7" w:rsidRDefault="00BD4241">
      <w:pPr>
        <w:spacing w:line="168" w:lineRule="auto"/>
        <w:rPr>
          <w:sz w:val="16"/>
          <w:szCs w:val="24"/>
          <w:lang w:val="fr-FR"/>
        </w:rPr>
      </w:pPr>
    </w:p>
    <w:p w14:paraId="79F54518" w14:textId="77777777" w:rsidR="00BD4241" w:rsidRPr="004B5ED7" w:rsidRDefault="00D13697">
      <w:pPr>
        <w:spacing w:before="140" w:after="40"/>
        <w:jc w:val="center"/>
        <w:rPr>
          <w:sz w:val="32"/>
          <w:szCs w:val="32"/>
        </w:rPr>
      </w:pPr>
      <w:r w:rsidRPr="004B5ED7">
        <w:rPr>
          <w:b/>
          <w:sz w:val="32"/>
          <w:szCs w:val="32"/>
        </w:rPr>
        <w:t>CERERE</w:t>
      </w:r>
    </w:p>
    <w:p w14:paraId="5168B443" w14:textId="77777777" w:rsidR="00BD4241" w:rsidRPr="004B5ED7" w:rsidRDefault="00BD4241">
      <w:pPr>
        <w:spacing w:after="60" w:line="168" w:lineRule="auto"/>
        <w:rPr>
          <w:sz w:val="16"/>
          <w:szCs w:val="24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4B5ED7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sz w:val="18"/>
                <w:szCs w:val="24"/>
              </w:rPr>
              <w:t xml:space="preserve"> 1. </w:t>
            </w:r>
            <w:r w:rsidRPr="004B5ED7">
              <w:rPr>
                <w:b/>
                <w:color w:val="000000"/>
                <w:sz w:val="20"/>
                <w:szCs w:val="24"/>
              </w:rPr>
              <w:t>CĂTRE</w:t>
            </w:r>
          </w:p>
        </w:tc>
      </w:tr>
      <w:tr w:rsidR="00BD4241" w:rsidRPr="004B5ED7" w14:paraId="224D3884" w14:textId="77777777">
        <w:trPr>
          <w:cantSplit/>
          <w:trHeight w:val="510"/>
        </w:trPr>
        <w:tc>
          <w:tcPr>
            <w:tcW w:w="9636" w:type="dxa"/>
          </w:tcPr>
          <w:p w14:paraId="68FBE6CE" w14:textId="77777777" w:rsidR="00124D5B" w:rsidRDefault="00124D5B" w:rsidP="001C1BA0">
            <w:pPr>
              <w:keepNext/>
              <w:rPr>
                <w:b/>
                <w:color w:val="0D5F78"/>
                <w:sz w:val="16"/>
                <w:szCs w:val="24"/>
                <w:lang w:val="fr-FR"/>
              </w:rPr>
            </w:pPr>
          </w:p>
          <w:p w14:paraId="155E2CFE" w14:textId="488EF3EF" w:rsidR="001C1BA0" w:rsidRPr="00124D5B" w:rsidRDefault="00490A91" w:rsidP="001C1BA0">
            <w:pPr>
              <w:keepNext/>
              <w:rPr>
                <w:b/>
                <w:sz w:val="16"/>
                <w:szCs w:val="24"/>
                <w:lang w:val="fr-FR"/>
              </w:rPr>
            </w:pPr>
            <w:r>
              <w:rPr>
                <w:b/>
                <w:color w:val="0D5F78"/>
                <w:sz w:val="16"/>
                <w:szCs w:val="24"/>
                <w:lang w:val="fr-FR"/>
              </w:rPr>
              <w:t xml:space="preserve"> </w:t>
            </w:r>
            <w:r w:rsidRPr="00124D5B">
              <w:rPr>
                <w:b/>
                <w:sz w:val="16"/>
                <w:szCs w:val="24"/>
                <w:lang w:val="fr-FR"/>
              </w:rPr>
              <w:t>PREȘEDINTELE</w:t>
            </w:r>
            <w:r w:rsidRPr="00124D5B">
              <w:rPr>
                <w:b/>
                <w:iCs/>
                <w:sz w:val="18"/>
                <w:szCs w:val="28"/>
                <w:lang w:val="fr-FR"/>
              </w:rPr>
              <w:t xml:space="preserve"> </w:t>
            </w:r>
            <w:r w:rsidR="001C1BA0" w:rsidRPr="00124D5B">
              <w:rPr>
                <w:b/>
                <w:iCs/>
                <w:sz w:val="16"/>
                <w:szCs w:val="16"/>
                <w:lang w:val="fr-FR"/>
              </w:rPr>
              <w:t>CONSILIUL</w:t>
            </w:r>
            <w:r w:rsidRPr="00124D5B">
              <w:rPr>
                <w:b/>
                <w:iCs/>
                <w:sz w:val="16"/>
                <w:szCs w:val="16"/>
                <w:lang w:val="fr-FR"/>
              </w:rPr>
              <w:t xml:space="preserve">UI </w:t>
            </w:r>
            <w:r w:rsidR="001C1BA0" w:rsidRPr="00124D5B">
              <w:rPr>
                <w:b/>
                <w:iCs/>
                <w:sz w:val="16"/>
                <w:szCs w:val="16"/>
                <w:lang w:val="fr-FR"/>
              </w:rPr>
              <w:t xml:space="preserve"> JUDEȚEAN GIURGIU</w:t>
            </w:r>
          </w:p>
          <w:p w14:paraId="10337CF3" w14:textId="45958D65" w:rsidR="00BD4241" w:rsidRPr="004B5ED7" w:rsidRDefault="00BD4241" w:rsidP="001C1BA0">
            <w:pPr>
              <w:keepNext/>
              <w:rPr>
                <w:sz w:val="16"/>
                <w:szCs w:val="24"/>
                <w:lang w:val="fr-FR"/>
              </w:rPr>
            </w:pPr>
          </w:p>
        </w:tc>
      </w:tr>
    </w:tbl>
    <w:p w14:paraId="4A1A8C50" w14:textId="77777777" w:rsidR="00BD4241" w:rsidRPr="004B5ED7" w:rsidRDefault="00BD4241">
      <w:pPr>
        <w:spacing w:line="168" w:lineRule="auto"/>
        <w:rPr>
          <w:sz w:val="16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:rsidRPr="004B5ED7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sz w:val="18"/>
                <w:szCs w:val="24"/>
                <w:lang w:val="fr-FR"/>
              </w:rPr>
              <w:t xml:space="preserve"> </w:t>
            </w:r>
            <w:r w:rsidRPr="004B5ED7">
              <w:rPr>
                <w:b/>
                <w:sz w:val="18"/>
                <w:szCs w:val="24"/>
              </w:rPr>
              <w:t xml:space="preserve">2. </w:t>
            </w:r>
            <w:r w:rsidRPr="004B5ED7">
              <w:rPr>
                <w:b/>
                <w:color w:val="000000"/>
                <w:sz w:val="20"/>
                <w:szCs w:val="24"/>
              </w:rPr>
              <w:t>SOLICITANTUL</w:t>
            </w:r>
          </w:p>
        </w:tc>
      </w:tr>
      <w:tr w:rsidR="00BD4241" w:rsidRPr="004B5ED7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Nume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și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prenume</w:t>
            </w:r>
            <w:proofErr w:type="spellEnd"/>
          </w:p>
          <w:p w14:paraId="34BFBE0E" w14:textId="77777777" w:rsidR="00BD4241" w:rsidRDefault="00BD4241">
            <w:pPr>
              <w:keepNext/>
              <w:rPr>
                <w:sz w:val="16"/>
                <w:szCs w:val="24"/>
              </w:rPr>
            </w:pPr>
          </w:p>
          <w:p w14:paraId="06BA1AF7" w14:textId="77777777" w:rsidR="008F3661" w:rsidRPr="004B5ED7" w:rsidRDefault="008F366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015" w:type="dxa"/>
            <w:gridSpan w:val="3"/>
          </w:tcPr>
          <w:p w14:paraId="2CA91F04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>CNP</w:t>
            </w:r>
          </w:p>
          <w:p w14:paraId="6F17B983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  <w:tr w:rsidR="00BD4241" w:rsidRPr="004B5ED7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sz w:val="18"/>
                <w:szCs w:val="24"/>
              </w:rPr>
              <w:t xml:space="preserve"> Act de </w:t>
            </w:r>
            <w:proofErr w:type="spellStart"/>
            <w:r w:rsidRPr="004B5ED7">
              <w:rPr>
                <w:sz w:val="18"/>
                <w:szCs w:val="24"/>
              </w:rPr>
              <w:t>identitate</w:t>
            </w:r>
            <w:proofErr w:type="spellEnd"/>
          </w:p>
        </w:tc>
      </w:tr>
      <w:tr w:rsidR="00BD4241" w:rsidRPr="004B5ED7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386FE171" w:rsidR="00BD4241" w:rsidRPr="004B5ED7" w:rsidRDefault="00490A91">
            <w:pPr>
              <w:keepNext/>
              <w:rPr>
                <w:sz w:val="16"/>
                <w:szCs w:val="24"/>
              </w:rPr>
            </w:pPr>
            <w:r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="00D13697" w:rsidRPr="004B5ED7">
              <w:rPr>
                <w:b/>
                <w:color w:val="0D5F78"/>
                <w:sz w:val="16"/>
                <w:szCs w:val="24"/>
              </w:rPr>
              <w:t>Seria</w:t>
            </w:r>
            <w:proofErr w:type="spellEnd"/>
          </w:p>
          <w:p w14:paraId="2CE8C383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78A133C8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Numărul</w:t>
            </w:r>
            <w:proofErr w:type="spellEnd"/>
          </w:p>
          <w:p w14:paraId="5B4C6C87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Eliberat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de</w:t>
            </w:r>
          </w:p>
          <w:p w14:paraId="0D7A84B1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3041307A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>La data</w:t>
            </w:r>
          </w:p>
          <w:p w14:paraId="4FED784F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  <w:tr w:rsidR="00BD4241" w:rsidRPr="004B5ED7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Domiciliul</w:t>
            </w:r>
            <w:proofErr w:type="spellEnd"/>
          </w:p>
        </w:tc>
      </w:tr>
      <w:tr w:rsidR="00BD4241" w:rsidRPr="004B5ED7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1096A3E1" w:rsidR="00BD4241" w:rsidRPr="004B5ED7" w:rsidRDefault="00490A91">
            <w:pPr>
              <w:keepNext/>
              <w:rPr>
                <w:sz w:val="16"/>
                <w:szCs w:val="24"/>
              </w:rPr>
            </w:pPr>
            <w:r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="00D13697" w:rsidRPr="004B5ED7">
              <w:rPr>
                <w:b/>
                <w:color w:val="0D5F78"/>
                <w:sz w:val="16"/>
                <w:szCs w:val="24"/>
              </w:rPr>
              <w:t>Județul</w:t>
            </w:r>
            <w:proofErr w:type="spellEnd"/>
          </w:p>
          <w:p w14:paraId="02B03665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Municipiul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/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orașul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/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comuna</w:t>
            </w:r>
            <w:proofErr w:type="spellEnd"/>
          </w:p>
          <w:p w14:paraId="12749B16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1E6E4F5F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Satul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/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sectorul</w:t>
            </w:r>
            <w:proofErr w:type="spellEnd"/>
          </w:p>
          <w:p w14:paraId="08E7A1B8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  <w:tr w:rsidR="00BD4241" w:rsidRPr="004B5ED7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250D76E3" w:rsidR="00BD4241" w:rsidRPr="004B5ED7" w:rsidRDefault="00490A91">
            <w:pPr>
              <w:keepNext/>
              <w:rPr>
                <w:sz w:val="16"/>
                <w:szCs w:val="24"/>
              </w:rPr>
            </w:pPr>
            <w:r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="00D13697" w:rsidRPr="004B5ED7">
              <w:rPr>
                <w:b/>
                <w:color w:val="0D5F78"/>
                <w:sz w:val="16"/>
                <w:szCs w:val="24"/>
              </w:rPr>
              <w:t>Strada</w:t>
            </w:r>
            <w:proofErr w:type="spellEnd"/>
          </w:p>
          <w:p w14:paraId="747EBF17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3D75DCFA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Nr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>.</w:t>
            </w:r>
          </w:p>
          <w:p w14:paraId="6DAB33F7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5BF58011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>Sc.</w:t>
            </w:r>
          </w:p>
          <w:p w14:paraId="743EF765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2EA5DB1F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>Et.</w:t>
            </w:r>
          </w:p>
          <w:p w14:paraId="2BD410CD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01954877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>Ap.</w:t>
            </w:r>
          </w:p>
          <w:p w14:paraId="5709B55A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2A7F1969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 xml:space="preserve">Cod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poștal</w:t>
            </w:r>
            <w:proofErr w:type="spellEnd"/>
          </w:p>
          <w:p w14:paraId="68FE9CAC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1606" w:type="dxa"/>
          </w:tcPr>
          <w:p w14:paraId="0ACD4FEC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Țara</w:t>
            </w:r>
            <w:proofErr w:type="spellEnd"/>
          </w:p>
          <w:p w14:paraId="017FD79F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  <w:tr w:rsidR="00BD4241" w:rsidRPr="004B5ED7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sz w:val="18"/>
                <w:szCs w:val="24"/>
              </w:rPr>
              <w:t xml:space="preserve"> Date de contact</w:t>
            </w:r>
          </w:p>
        </w:tc>
      </w:tr>
      <w:tr w:rsidR="00BD4241" w:rsidRPr="004B5ED7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37286DEA" w:rsidR="00BD4241" w:rsidRPr="004B5ED7" w:rsidRDefault="00490A91">
            <w:pPr>
              <w:keepNext/>
              <w:rPr>
                <w:sz w:val="16"/>
                <w:szCs w:val="24"/>
              </w:rPr>
            </w:pPr>
            <w:r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="00D13697" w:rsidRPr="004B5ED7">
              <w:rPr>
                <w:b/>
                <w:color w:val="0D5F78"/>
                <w:sz w:val="16"/>
                <w:szCs w:val="24"/>
              </w:rPr>
              <w:t>Telefon</w:t>
            </w:r>
            <w:proofErr w:type="spellEnd"/>
            <w:r w:rsidR="00D13697" w:rsidRPr="004B5ED7">
              <w:rPr>
                <w:b/>
                <w:color w:val="0D5F78"/>
                <w:sz w:val="16"/>
                <w:szCs w:val="24"/>
              </w:rPr>
              <w:t xml:space="preserve"> / fax</w:t>
            </w:r>
          </w:p>
          <w:p w14:paraId="061FE1EC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5621" w:type="dxa"/>
            <w:gridSpan w:val="5"/>
          </w:tcPr>
          <w:p w14:paraId="102AC599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>E-mail</w:t>
            </w:r>
          </w:p>
          <w:p w14:paraId="53EB2E29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  <w:tr w:rsidR="00BD4241" w:rsidRPr="004B5ED7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Reprezentare</w:t>
            </w:r>
            <w:proofErr w:type="spellEnd"/>
          </w:p>
        </w:tc>
      </w:tr>
      <w:tr w:rsidR="00BD4241" w:rsidRPr="004B5ED7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E19B82A" w:rsidR="00BD4241" w:rsidRPr="004B5ED7" w:rsidRDefault="00490A91">
            <w:pPr>
              <w:keepNext/>
              <w:rPr>
                <w:sz w:val="16"/>
                <w:szCs w:val="24"/>
              </w:rPr>
            </w:pPr>
            <w:r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="00D13697" w:rsidRPr="004B5ED7">
              <w:rPr>
                <w:b/>
                <w:color w:val="0D5F78"/>
                <w:sz w:val="16"/>
                <w:szCs w:val="24"/>
              </w:rPr>
              <w:t>În</w:t>
            </w:r>
            <w:proofErr w:type="spellEnd"/>
            <w:r w:rsidR="00D13697" w:rsidRPr="004B5ED7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="00D13697" w:rsidRPr="004B5ED7">
              <w:rPr>
                <w:b/>
                <w:color w:val="0D5F78"/>
                <w:sz w:val="16"/>
                <w:szCs w:val="24"/>
              </w:rPr>
              <w:t>calitate</w:t>
            </w:r>
            <w:proofErr w:type="spellEnd"/>
            <w:r w:rsidR="00D13697" w:rsidRPr="004B5ED7">
              <w:rPr>
                <w:b/>
                <w:color w:val="0D5F78"/>
                <w:sz w:val="16"/>
                <w:szCs w:val="24"/>
              </w:rPr>
              <w:t xml:space="preserve"> de </w:t>
            </w:r>
            <w:proofErr w:type="spellStart"/>
            <w:r w:rsidR="00D13697" w:rsidRPr="004B5ED7">
              <w:rPr>
                <w:b/>
                <w:color w:val="0D5F78"/>
                <w:sz w:val="16"/>
                <w:szCs w:val="24"/>
              </w:rPr>
              <w:t>reprezentant</w:t>
            </w:r>
            <w:proofErr w:type="spellEnd"/>
            <w:r w:rsidR="00D13697" w:rsidRPr="004B5ED7">
              <w:rPr>
                <w:b/>
                <w:color w:val="0D5F78"/>
                <w:sz w:val="16"/>
                <w:szCs w:val="24"/>
              </w:rPr>
              <w:t xml:space="preserve"> al</w:t>
            </w:r>
          </w:p>
          <w:p w14:paraId="6970A0EC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20DA7EB0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>CUI / CIF</w:t>
            </w:r>
          </w:p>
          <w:p w14:paraId="793AF090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  <w:tr w:rsidR="00BD4241" w:rsidRPr="00092E24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4B5ED7" w:rsidRDefault="00D13697">
            <w:pPr>
              <w:rPr>
                <w:sz w:val="16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titular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al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dreptului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de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proprietate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împuternicit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al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4B5ED7" w:rsidRDefault="00BD4241">
      <w:pPr>
        <w:spacing w:line="168" w:lineRule="auto"/>
        <w:rPr>
          <w:sz w:val="16"/>
          <w:szCs w:val="24"/>
          <w:lang w:val="fr-FR"/>
        </w:rPr>
      </w:pPr>
    </w:p>
    <w:p w14:paraId="6748266E" w14:textId="77777777" w:rsidR="00BD4241" w:rsidRPr="004B5ED7" w:rsidRDefault="00D13697">
      <w:pPr>
        <w:spacing w:before="80" w:after="60"/>
        <w:jc w:val="center"/>
        <w:rPr>
          <w:sz w:val="16"/>
          <w:szCs w:val="24"/>
          <w:lang w:val="fr-FR"/>
        </w:rPr>
      </w:pPr>
      <w:proofErr w:type="spellStart"/>
      <w:proofErr w:type="gramStart"/>
      <w:r w:rsidRPr="004B5ED7">
        <w:rPr>
          <w:sz w:val="20"/>
          <w:szCs w:val="24"/>
          <w:lang w:val="fr-FR"/>
        </w:rPr>
        <w:t>în</w:t>
      </w:r>
      <w:proofErr w:type="spellEnd"/>
      <w:proofErr w:type="gram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conformitate</w:t>
      </w:r>
      <w:proofErr w:type="spell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cu</w:t>
      </w:r>
      <w:proofErr w:type="spell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prevederile</w:t>
      </w:r>
      <w:proofErr w:type="spell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Legii</w:t>
      </w:r>
      <w:proofErr w:type="spellEnd"/>
      <w:r w:rsidRPr="004B5ED7">
        <w:rPr>
          <w:sz w:val="20"/>
          <w:szCs w:val="24"/>
          <w:lang w:val="fr-FR"/>
        </w:rPr>
        <w:t xml:space="preserve"> nr. 169/2026 </w:t>
      </w:r>
      <w:proofErr w:type="spellStart"/>
      <w:r w:rsidRPr="004B5ED7">
        <w:rPr>
          <w:sz w:val="20"/>
          <w:szCs w:val="24"/>
          <w:lang w:val="fr-FR"/>
        </w:rPr>
        <w:t>privind</w:t>
      </w:r>
      <w:proofErr w:type="spell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Codul</w:t>
      </w:r>
      <w:proofErr w:type="spell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amenajării</w:t>
      </w:r>
      <w:proofErr w:type="spell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teritoriului</w:t>
      </w:r>
      <w:proofErr w:type="spellEnd"/>
      <w:r w:rsidRPr="004B5ED7">
        <w:rPr>
          <w:sz w:val="20"/>
          <w:szCs w:val="24"/>
          <w:lang w:val="fr-FR"/>
        </w:rPr>
        <w:t xml:space="preserve">, </w:t>
      </w:r>
      <w:proofErr w:type="spellStart"/>
      <w:r w:rsidRPr="004B5ED7">
        <w:rPr>
          <w:sz w:val="20"/>
          <w:szCs w:val="24"/>
          <w:lang w:val="fr-FR"/>
        </w:rPr>
        <w:t>urbanismului</w:t>
      </w:r>
      <w:proofErr w:type="spell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și</w:t>
      </w:r>
      <w:proofErr w:type="spell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construcțiilor</w:t>
      </w:r>
      <w:proofErr w:type="spellEnd"/>
      <w:r w:rsidRPr="004B5ED7">
        <w:rPr>
          <w:sz w:val="20"/>
          <w:szCs w:val="24"/>
          <w:lang w:val="fr-FR"/>
        </w:rPr>
        <w:t>,</w:t>
      </w:r>
    </w:p>
    <w:p w14:paraId="55F72AB1" w14:textId="77777777" w:rsidR="00BD4241" w:rsidRPr="004B5ED7" w:rsidRDefault="00D13697">
      <w:pPr>
        <w:spacing w:before="80" w:after="60"/>
        <w:jc w:val="center"/>
        <w:rPr>
          <w:sz w:val="16"/>
          <w:szCs w:val="24"/>
          <w:lang w:val="fr-FR"/>
        </w:rPr>
      </w:pPr>
      <w:proofErr w:type="spellStart"/>
      <w:proofErr w:type="gramStart"/>
      <w:r w:rsidRPr="004B5ED7">
        <w:rPr>
          <w:sz w:val="20"/>
          <w:szCs w:val="24"/>
          <w:lang w:val="fr-FR"/>
        </w:rPr>
        <w:t>solicit</w:t>
      </w:r>
      <w:proofErr w:type="spellEnd"/>
      <w:proofErr w:type="gramEnd"/>
      <w:r w:rsidRPr="004B5ED7">
        <w:rPr>
          <w:sz w:val="20"/>
          <w:szCs w:val="24"/>
          <w:lang w:val="fr-FR"/>
        </w:rPr>
        <w:t xml:space="preserve"> </w:t>
      </w:r>
      <w:proofErr w:type="spellStart"/>
      <w:r w:rsidRPr="004B5ED7">
        <w:rPr>
          <w:sz w:val="20"/>
          <w:szCs w:val="24"/>
          <w:lang w:val="fr-FR"/>
        </w:rPr>
        <w:t>emiterea</w:t>
      </w:r>
      <w:proofErr w:type="spellEnd"/>
    </w:p>
    <w:p w14:paraId="458BA7BA" w14:textId="77777777" w:rsidR="00917520" w:rsidRPr="00D05164" w:rsidRDefault="00D13697">
      <w:pPr>
        <w:spacing w:after="160"/>
        <w:jc w:val="center"/>
        <w:rPr>
          <w:b/>
          <w:sz w:val="24"/>
          <w:szCs w:val="24"/>
          <w:lang w:val="fr-FR"/>
        </w:rPr>
      </w:pPr>
      <w:bookmarkStart w:id="0" w:name="_GoBack"/>
      <w:r w:rsidRPr="00D05164">
        <w:rPr>
          <w:b/>
          <w:sz w:val="24"/>
          <w:szCs w:val="24"/>
          <w:lang w:val="fr-FR"/>
        </w:rPr>
        <w:t xml:space="preserve">CERTIFICATULUI </w:t>
      </w:r>
      <w:proofErr w:type="gramStart"/>
      <w:r w:rsidRPr="00D05164">
        <w:rPr>
          <w:b/>
          <w:sz w:val="24"/>
          <w:szCs w:val="24"/>
          <w:lang w:val="fr-FR"/>
        </w:rPr>
        <w:t>DE URBANISM</w:t>
      </w:r>
      <w:proofErr w:type="gramEnd"/>
    </w:p>
    <w:p w14:paraId="062DB540" w14:textId="00B1F188" w:rsidR="00BD4241" w:rsidRPr="00D05164" w:rsidRDefault="00D13697">
      <w:pPr>
        <w:spacing w:after="160"/>
        <w:jc w:val="center"/>
        <w:rPr>
          <w:b/>
          <w:sz w:val="24"/>
          <w:szCs w:val="24"/>
          <w:lang w:val="fr-FR"/>
        </w:rPr>
      </w:pPr>
      <w:r w:rsidRPr="00D05164">
        <w:rPr>
          <w:b/>
          <w:sz w:val="24"/>
          <w:szCs w:val="24"/>
          <w:lang w:val="fr-FR"/>
        </w:rPr>
        <w:t xml:space="preserve"> PENTRU</w:t>
      </w:r>
    </w:p>
    <w:p w14:paraId="44A1332E" w14:textId="12DABAD3" w:rsidR="00462384" w:rsidRPr="00D05164" w:rsidRDefault="00917520">
      <w:pPr>
        <w:spacing w:after="160"/>
        <w:jc w:val="center"/>
        <w:rPr>
          <w:b/>
          <w:sz w:val="24"/>
          <w:szCs w:val="24"/>
          <w:lang w:val="fr-FR"/>
        </w:rPr>
      </w:pPr>
      <w:r w:rsidRPr="00D05164">
        <w:rPr>
          <w:rFonts w:ascii="Segoe UI Symbol" w:hAnsi="Segoe UI Symbol" w:cs="Segoe UI Symbol"/>
          <w:sz w:val="24"/>
          <w:szCs w:val="24"/>
          <w:lang w:val="fr-FR"/>
        </w:rPr>
        <w:t xml:space="preserve">☐ </w:t>
      </w:r>
      <w:r w:rsidR="00462384" w:rsidRPr="00D05164">
        <w:rPr>
          <w:b/>
          <w:sz w:val="24"/>
          <w:szCs w:val="24"/>
          <w:lang w:val="fr-FR"/>
        </w:rPr>
        <w:t xml:space="preserve">CONSTRUIRE / </w:t>
      </w:r>
      <w:r w:rsidRPr="00D05164">
        <w:rPr>
          <w:rFonts w:ascii="Segoe UI Symbol" w:hAnsi="Segoe UI Symbol" w:cs="Segoe UI Symbol"/>
          <w:sz w:val="24"/>
          <w:szCs w:val="24"/>
          <w:lang w:val="fr-FR"/>
        </w:rPr>
        <w:t xml:space="preserve">☐ </w:t>
      </w:r>
      <w:r w:rsidR="00462384" w:rsidRPr="00D05164">
        <w:rPr>
          <w:b/>
          <w:sz w:val="24"/>
          <w:szCs w:val="24"/>
          <w:lang w:val="fr-FR"/>
        </w:rPr>
        <w:t>DESFIINȚARE</w:t>
      </w:r>
    </w:p>
    <w:bookmarkEnd w:id="0"/>
    <w:p w14:paraId="6BCF1DD1" w14:textId="1CB91F6C" w:rsidR="00A256C2" w:rsidRPr="004B5ED7" w:rsidRDefault="00A256C2" w:rsidP="00462384">
      <w:pPr>
        <w:spacing w:after="160"/>
        <w:jc w:val="center"/>
        <w:rPr>
          <w:sz w:val="16"/>
          <w:szCs w:val="24"/>
          <w:lang w:val="fr-FR"/>
        </w:rPr>
      </w:pPr>
      <w:r w:rsidRPr="004B5ED7">
        <w:rPr>
          <w:rFonts w:ascii="Segoe UI Symbol" w:hAnsi="Segoe UI Symbol" w:cs="Segoe UI Symbol"/>
          <w:sz w:val="18"/>
          <w:szCs w:val="24"/>
          <w:lang w:val="fr-FR"/>
        </w:rPr>
        <w:t>☐</w:t>
      </w:r>
      <w:r w:rsidRPr="004B5ED7">
        <w:rPr>
          <w:sz w:val="18"/>
          <w:szCs w:val="24"/>
          <w:lang w:val="fr-FR"/>
        </w:rPr>
        <w:t xml:space="preserve"> </w:t>
      </w:r>
      <w:proofErr w:type="spellStart"/>
      <w:proofErr w:type="gramStart"/>
      <w:r w:rsidRPr="004B5ED7">
        <w:rPr>
          <w:sz w:val="18"/>
          <w:szCs w:val="24"/>
          <w:lang w:val="fr-FR"/>
        </w:rPr>
        <w:t>pentru</w:t>
      </w:r>
      <w:proofErr w:type="spellEnd"/>
      <w:proofErr w:type="gramEnd"/>
      <w:r w:rsidRPr="004B5ED7">
        <w:rPr>
          <w:sz w:val="18"/>
          <w:szCs w:val="24"/>
          <w:lang w:val="fr-FR"/>
        </w:rPr>
        <w:t xml:space="preserve"> </w:t>
      </w:r>
      <w:proofErr w:type="spellStart"/>
      <w:r w:rsidRPr="004B5ED7">
        <w:rPr>
          <w:sz w:val="18"/>
          <w:szCs w:val="24"/>
          <w:lang w:val="fr-FR"/>
        </w:rPr>
        <w:t>clădiri</w:t>
      </w:r>
      <w:proofErr w:type="spellEnd"/>
      <w:r w:rsidRPr="004B5ED7">
        <w:rPr>
          <w:sz w:val="18"/>
          <w:szCs w:val="24"/>
          <w:lang w:val="fr-FR"/>
        </w:rPr>
        <w:t xml:space="preserve"> </w:t>
      </w:r>
      <w:proofErr w:type="spellStart"/>
      <w:r w:rsidRPr="004B5ED7">
        <w:rPr>
          <w:sz w:val="18"/>
          <w:szCs w:val="24"/>
          <w:lang w:val="fr-FR"/>
        </w:rPr>
        <w:t>și</w:t>
      </w:r>
      <w:proofErr w:type="spellEnd"/>
      <w:r w:rsidRPr="004B5ED7">
        <w:rPr>
          <w:sz w:val="18"/>
          <w:szCs w:val="24"/>
          <w:lang w:val="fr-FR"/>
        </w:rPr>
        <w:t xml:space="preserve"> </w:t>
      </w:r>
      <w:proofErr w:type="spellStart"/>
      <w:r w:rsidRPr="004B5ED7">
        <w:rPr>
          <w:sz w:val="18"/>
          <w:szCs w:val="24"/>
          <w:lang w:val="fr-FR"/>
        </w:rPr>
        <w:t>amenajări</w:t>
      </w:r>
      <w:proofErr w:type="spellEnd"/>
      <w:r w:rsidRPr="004B5ED7">
        <w:rPr>
          <w:sz w:val="18"/>
          <w:szCs w:val="24"/>
          <w:lang w:val="fr-FR"/>
        </w:rPr>
        <w:t xml:space="preserve">  </w:t>
      </w:r>
      <w:r w:rsidR="00917520" w:rsidRPr="004B5ED7">
        <w:rPr>
          <w:sz w:val="18"/>
          <w:szCs w:val="24"/>
          <w:lang w:val="fr-FR"/>
        </w:rPr>
        <w:t>/</w:t>
      </w:r>
      <w:r w:rsidRPr="004B5ED7">
        <w:rPr>
          <w:sz w:val="18"/>
          <w:szCs w:val="24"/>
          <w:lang w:val="fr-FR"/>
        </w:rPr>
        <w:t xml:space="preserve">   </w:t>
      </w:r>
      <w:r w:rsidR="00462384" w:rsidRPr="004B5ED7">
        <w:rPr>
          <w:rFonts w:ascii="Segoe UI Symbol" w:hAnsi="Segoe UI Symbol" w:cs="Segoe UI Symbol"/>
          <w:sz w:val="18"/>
          <w:szCs w:val="24"/>
          <w:lang w:val="fr-FR"/>
        </w:rPr>
        <w:t>☐</w:t>
      </w:r>
      <w:r w:rsidR="00462384" w:rsidRPr="004B5ED7">
        <w:rPr>
          <w:sz w:val="18"/>
          <w:szCs w:val="24"/>
          <w:lang w:val="fr-FR"/>
        </w:rPr>
        <w:t xml:space="preserve"> </w:t>
      </w:r>
      <w:proofErr w:type="spellStart"/>
      <w:r w:rsidR="00462384" w:rsidRPr="004B5ED7">
        <w:rPr>
          <w:sz w:val="18"/>
          <w:szCs w:val="24"/>
          <w:lang w:val="fr-FR"/>
        </w:rPr>
        <w:t>lucrări</w:t>
      </w:r>
      <w:proofErr w:type="spellEnd"/>
      <w:r w:rsidR="00462384" w:rsidRPr="004B5ED7">
        <w:rPr>
          <w:sz w:val="18"/>
          <w:szCs w:val="24"/>
          <w:lang w:val="fr-FR"/>
        </w:rPr>
        <w:t xml:space="preserve"> </w:t>
      </w:r>
      <w:proofErr w:type="spellStart"/>
      <w:r w:rsidR="00462384" w:rsidRPr="004B5ED7">
        <w:rPr>
          <w:sz w:val="18"/>
          <w:szCs w:val="24"/>
          <w:lang w:val="fr-FR"/>
        </w:rPr>
        <w:t>inginerești</w:t>
      </w:r>
      <w:proofErr w:type="spellEnd"/>
      <w:r w:rsidR="00462384" w:rsidRPr="004B5ED7">
        <w:rPr>
          <w:sz w:val="16"/>
          <w:szCs w:val="24"/>
          <w:lang w:val="fr-FR"/>
        </w:rPr>
        <w:t xml:space="preserve">  </w:t>
      </w:r>
      <w:r w:rsidR="00917520" w:rsidRPr="004B5ED7">
        <w:rPr>
          <w:sz w:val="16"/>
          <w:szCs w:val="24"/>
          <w:lang w:val="fr-FR"/>
        </w:rPr>
        <w:t>/</w:t>
      </w:r>
      <w:r w:rsidR="00462384" w:rsidRPr="004B5ED7">
        <w:rPr>
          <w:sz w:val="16"/>
          <w:szCs w:val="24"/>
          <w:lang w:val="fr-FR"/>
        </w:rPr>
        <w:t xml:space="preserve">   </w:t>
      </w:r>
      <w:r w:rsidRPr="004B5ED7">
        <w:rPr>
          <w:rFonts w:ascii="Segoe UI Symbol" w:hAnsi="Segoe UI Symbol" w:cs="Segoe UI Symbol"/>
          <w:sz w:val="18"/>
          <w:szCs w:val="24"/>
          <w:lang w:val="fr-FR"/>
        </w:rPr>
        <w:t>☐</w:t>
      </w:r>
      <w:r w:rsidRPr="004B5ED7">
        <w:rPr>
          <w:sz w:val="18"/>
          <w:szCs w:val="24"/>
          <w:lang w:val="fr-FR"/>
        </w:rPr>
        <w:t xml:space="preserve"> </w:t>
      </w:r>
      <w:proofErr w:type="spellStart"/>
      <w:r w:rsidRPr="004B5ED7">
        <w:rPr>
          <w:sz w:val="18"/>
          <w:szCs w:val="24"/>
          <w:lang w:val="fr-FR"/>
        </w:rPr>
        <w:t>pentru</w:t>
      </w:r>
      <w:proofErr w:type="spellEnd"/>
      <w:r w:rsidRPr="004B5ED7">
        <w:rPr>
          <w:sz w:val="18"/>
          <w:szCs w:val="24"/>
          <w:lang w:val="fr-FR"/>
        </w:rPr>
        <w:t xml:space="preserve"> </w:t>
      </w:r>
      <w:proofErr w:type="spellStart"/>
      <w:r w:rsidRPr="004B5ED7">
        <w:rPr>
          <w:sz w:val="18"/>
          <w:szCs w:val="24"/>
          <w:lang w:val="fr-FR"/>
        </w:rPr>
        <w:t>construc</w:t>
      </w:r>
      <w:r w:rsidRPr="004B5ED7">
        <w:rPr>
          <w:rFonts w:cs="Times New Roman"/>
          <w:sz w:val="18"/>
          <w:szCs w:val="24"/>
          <w:lang w:val="fr-FR"/>
        </w:rPr>
        <w:t>ț</w:t>
      </w:r>
      <w:r w:rsidRPr="004B5ED7">
        <w:rPr>
          <w:sz w:val="18"/>
          <w:szCs w:val="24"/>
          <w:lang w:val="fr-FR"/>
        </w:rPr>
        <w:t>ii</w:t>
      </w:r>
      <w:proofErr w:type="spellEnd"/>
      <w:r w:rsidRPr="004B5ED7">
        <w:rPr>
          <w:sz w:val="18"/>
          <w:szCs w:val="24"/>
          <w:lang w:val="fr-FR"/>
        </w:rPr>
        <w:t xml:space="preserve"> </w:t>
      </w:r>
      <w:proofErr w:type="spellStart"/>
      <w:r w:rsidRPr="004B5ED7">
        <w:rPr>
          <w:sz w:val="18"/>
          <w:szCs w:val="24"/>
          <w:lang w:val="fr-FR"/>
        </w:rPr>
        <w:t>cu</w:t>
      </w:r>
      <w:proofErr w:type="spellEnd"/>
      <w:r w:rsidRPr="004B5ED7">
        <w:rPr>
          <w:sz w:val="18"/>
          <w:szCs w:val="24"/>
          <w:lang w:val="fr-FR"/>
        </w:rPr>
        <w:t xml:space="preserve"> </w:t>
      </w:r>
      <w:proofErr w:type="spellStart"/>
      <w:r w:rsidRPr="004B5ED7">
        <w:rPr>
          <w:sz w:val="18"/>
          <w:szCs w:val="24"/>
          <w:lang w:val="fr-FR"/>
        </w:rPr>
        <w:t>caracter</w:t>
      </w:r>
      <w:proofErr w:type="spellEnd"/>
      <w:r w:rsidRPr="004B5ED7">
        <w:rPr>
          <w:sz w:val="18"/>
          <w:szCs w:val="24"/>
          <w:lang w:val="fr-FR"/>
        </w:rPr>
        <w:t xml:space="preserve"> </w:t>
      </w:r>
      <w:proofErr w:type="spellStart"/>
      <w:r w:rsidRPr="004B5ED7">
        <w:rPr>
          <w:sz w:val="18"/>
          <w:szCs w:val="24"/>
          <w:lang w:val="fr-FR"/>
        </w:rPr>
        <w:t>special</w:t>
      </w:r>
      <w:proofErr w:type="spellEnd"/>
    </w:p>
    <w:p w14:paraId="386D6A02" w14:textId="77777777" w:rsidR="00BD4241" w:rsidRPr="004B5ED7" w:rsidRDefault="00BD4241">
      <w:pPr>
        <w:spacing w:line="168" w:lineRule="auto"/>
        <w:rPr>
          <w:sz w:val="16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092E24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4B5ED7" w:rsidRDefault="00D13697">
            <w:pPr>
              <w:keepNext/>
              <w:rPr>
                <w:sz w:val="16"/>
                <w:szCs w:val="24"/>
                <w:lang w:val="pt-B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r w:rsidRPr="004B5ED7">
              <w:rPr>
                <w:sz w:val="18"/>
                <w:szCs w:val="24"/>
                <w:lang w:val="pt-BR"/>
              </w:rPr>
              <w:t xml:space="preserve">în </w:t>
            </w:r>
            <w:r w:rsidR="00A256C2" w:rsidRPr="004B5ED7">
              <w:rPr>
                <w:sz w:val="18"/>
                <w:szCs w:val="24"/>
                <w:lang w:val="pt-BR"/>
              </w:rPr>
              <w:t>vederea realizării obiectivului de investiții</w:t>
            </w:r>
            <w:r w:rsidRPr="004B5ED7">
              <w:rPr>
                <w:sz w:val="18"/>
                <w:szCs w:val="24"/>
                <w:lang w:val="pt-BR"/>
              </w:rPr>
              <w:t>:</w:t>
            </w:r>
          </w:p>
        </w:tc>
      </w:tr>
      <w:tr w:rsidR="00BD4241" w:rsidRPr="00092E24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Pr="004B5ED7" w:rsidRDefault="00BD4241">
            <w:pPr>
              <w:pBdr>
                <w:bottom w:val="dotted" w:sz="6" w:space="0" w:color="999999"/>
              </w:pBdr>
              <w:spacing w:after="80"/>
              <w:rPr>
                <w:sz w:val="16"/>
                <w:szCs w:val="24"/>
                <w:lang w:val="pt-BR"/>
              </w:rPr>
            </w:pPr>
          </w:p>
          <w:p w14:paraId="3BBB23C3" w14:textId="77777777" w:rsidR="00BD4241" w:rsidRDefault="00BD4241">
            <w:pPr>
              <w:pBdr>
                <w:bottom w:val="dotted" w:sz="6" w:space="0" w:color="999999"/>
              </w:pBdr>
              <w:spacing w:after="80"/>
              <w:rPr>
                <w:sz w:val="16"/>
                <w:szCs w:val="24"/>
                <w:lang w:val="pt-BR"/>
              </w:rPr>
            </w:pPr>
          </w:p>
          <w:p w14:paraId="1557B719" w14:textId="77777777" w:rsidR="00490A91" w:rsidRDefault="00490A91">
            <w:pPr>
              <w:pBdr>
                <w:bottom w:val="dotted" w:sz="6" w:space="0" w:color="999999"/>
              </w:pBdr>
              <w:spacing w:after="80"/>
              <w:rPr>
                <w:sz w:val="16"/>
                <w:szCs w:val="24"/>
                <w:lang w:val="pt-BR"/>
              </w:rPr>
            </w:pPr>
          </w:p>
          <w:p w14:paraId="0B54D5C1" w14:textId="77777777" w:rsidR="00490A91" w:rsidRPr="004B5ED7" w:rsidRDefault="00490A91">
            <w:pPr>
              <w:pBdr>
                <w:bottom w:val="dotted" w:sz="6" w:space="0" w:color="999999"/>
              </w:pBdr>
              <w:spacing w:after="80"/>
              <w:rPr>
                <w:sz w:val="16"/>
                <w:szCs w:val="24"/>
                <w:lang w:val="pt-BR"/>
              </w:rPr>
            </w:pPr>
          </w:p>
        </w:tc>
      </w:tr>
    </w:tbl>
    <w:p w14:paraId="19288D7C" w14:textId="77777777" w:rsidR="00BD4241" w:rsidRPr="004B5ED7" w:rsidRDefault="00BD4241">
      <w:pPr>
        <w:spacing w:line="168" w:lineRule="auto"/>
        <w:rPr>
          <w:sz w:val="16"/>
          <w:szCs w:val="24"/>
          <w:lang w:val="pt-B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:rsidRPr="004B5ED7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sz w:val="18"/>
                <w:szCs w:val="24"/>
                <w:lang w:val="pt-BR"/>
              </w:rPr>
              <w:t xml:space="preserve"> </w:t>
            </w:r>
            <w:r w:rsidRPr="004B5ED7">
              <w:rPr>
                <w:b/>
                <w:sz w:val="18"/>
                <w:szCs w:val="24"/>
              </w:rPr>
              <w:t xml:space="preserve">3. </w:t>
            </w:r>
            <w:r w:rsidRPr="004B5ED7">
              <w:rPr>
                <w:b/>
                <w:color w:val="000000"/>
                <w:sz w:val="20"/>
                <w:szCs w:val="24"/>
              </w:rPr>
              <w:t>IMOBILUL/ELE</w:t>
            </w:r>
          </w:p>
        </w:tc>
      </w:tr>
      <w:tr w:rsidR="00BD4241" w:rsidRPr="004B5ED7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sz w:val="18"/>
                <w:szCs w:val="24"/>
              </w:rPr>
              <w:t xml:space="preserve"> ☐ </w:t>
            </w:r>
            <w:proofErr w:type="spellStart"/>
            <w:r w:rsidRPr="004B5ED7">
              <w:rPr>
                <w:sz w:val="18"/>
                <w:szCs w:val="24"/>
              </w:rPr>
              <w:t>teren</w:t>
            </w:r>
            <w:proofErr w:type="spellEnd"/>
            <w:r w:rsidRPr="004B5ED7">
              <w:rPr>
                <w:sz w:val="18"/>
                <w:szCs w:val="24"/>
              </w:rPr>
              <w:t xml:space="preserve">     ☐ </w:t>
            </w:r>
            <w:proofErr w:type="spellStart"/>
            <w:r w:rsidRPr="004B5ED7">
              <w:rPr>
                <w:sz w:val="18"/>
                <w:szCs w:val="24"/>
              </w:rPr>
              <w:t>construcții</w:t>
            </w:r>
            <w:proofErr w:type="spellEnd"/>
          </w:p>
        </w:tc>
      </w:tr>
      <w:tr w:rsidR="00BD4241" w:rsidRPr="004B5ED7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Județ</w:t>
            </w:r>
            <w:proofErr w:type="spellEnd"/>
          </w:p>
          <w:p w14:paraId="1B01471E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3"/>
          </w:tcPr>
          <w:p w14:paraId="1B1218BA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Municipiu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/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oraș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/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comună</w:t>
            </w:r>
            <w:proofErr w:type="spellEnd"/>
          </w:p>
          <w:p w14:paraId="204B4E58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3212" w:type="dxa"/>
            <w:gridSpan w:val="2"/>
          </w:tcPr>
          <w:p w14:paraId="04095758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>Sat / sector</w:t>
            </w:r>
          </w:p>
          <w:p w14:paraId="7568887B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  <w:tr w:rsidR="00BD4241" w:rsidRPr="004B5ED7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 xml:space="preserve">Cod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poștal</w:t>
            </w:r>
            <w:proofErr w:type="spellEnd"/>
          </w:p>
          <w:p w14:paraId="0DE8BF00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818" w:type="dxa"/>
            <w:gridSpan w:val="4"/>
          </w:tcPr>
          <w:p w14:paraId="34F4235D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Strada</w:t>
            </w:r>
            <w:proofErr w:type="spellEnd"/>
          </w:p>
          <w:p w14:paraId="14FD81C0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803" w:type="dxa"/>
          </w:tcPr>
          <w:p w14:paraId="5C6769DB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Nr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>.</w:t>
            </w:r>
          </w:p>
          <w:p w14:paraId="0654DEDD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2409" w:type="dxa"/>
          </w:tcPr>
          <w:p w14:paraId="00F671C5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 xml:space="preserve">Bl. / sc. / et. / </w:t>
            </w:r>
            <w:proofErr w:type="gramStart"/>
            <w:r w:rsidRPr="004B5ED7">
              <w:rPr>
                <w:b/>
                <w:color w:val="0D5F78"/>
                <w:sz w:val="16"/>
                <w:szCs w:val="24"/>
              </w:rPr>
              <w:t>ap</w:t>
            </w:r>
            <w:proofErr w:type="gramEnd"/>
            <w:r w:rsidRPr="004B5ED7">
              <w:rPr>
                <w:b/>
                <w:color w:val="0D5F78"/>
                <w:sz w:val="16"/>
                <w:szCs w:val="24"/>
              </w:rPr>
              <w:t>.</w:t>
            </w:r>
          </w:p>
          <w:p w14:paraId="09774FDD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  <w:tr w:rsidR="00BD4241" w:rsidRPr="004B5ED7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4B5ED7" w:rsidRDefault="00D13697">
            <w:pPr>
              <w:keepNext/>
              <w:rPr>
                <w:sz w:val="16"/>
                <w:szCs w:val="24"/>
                <w:lang w:val="fr-FR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  <w:lang w:val="fr-FR"/>
              </w:rPr>
              <w:t>Număr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  <w:lang w:val="fr-FR"/>
              </w:rPr>
              <w:t xml:space="preserve"> cadastral/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  <w:lang w:val="fr-FR"/>
              </w:rPr>
              <w:t>ele</w:t>
            </w:r>
            <w:proofErr w:type="spellEnd"/>
          </w:p>
          <w:p w14:paraId="2511787E" w14:textId="77777777" w:rsidR="00BD4241" w:rsidRPr="004B5ED7" w:rsidRDefault="00D13697">
            <w:pPr>
              <w:keepNext/>
              <w:rPr>
                <w:sz w:val="16"/>
                <w:szCs w:val="24"/>
                <w:lang w:val="fr-FR"/>
              </w:rPr>
            </w:pPr>
            <w:proofErr w:type="spellStart"/>
            <w:r w:rsidRPr="004B5ED7">
              <w:rPr>
                <w:i/>
                <w:color w:val="7A7A7A"/>
                <w:sz w:val="16"/>
                <w:szCs w:val="24"/>
                <w:lang w:val="fr-FR"/>
              </w:rPr>
              <w:t>dacă</w:t>
            </w:r>
            <w:proofErr w:type="spellEnd"/>
            <w:r w:rsidRPr="004B5ED7">
              <w:rPr>
                <w:i/>
                <w:color w:val="7A7A7A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i/>
                <w:color w:val="7A7A7A"/>
                <w:sz w:val="16"/>
                <w:szCs w:val="24"/>
                <w:lang w:val="fr-FR"/>
              </w:rPr>
              <w:t>imobilul</w:t>
            </w:r>
            <w:proofErr w:type="spellEnd"/>
            <w:r w:rsidRPr="004B5ED7">
              <w:rPr>
                <w:i/>
                <w:color w:val="7A7A7A"/>
                <w:sz w:val="16"/>
                <w:szCs w:val="24"/>
                <w:lang w:val="fr-FR"/>
              </w:rPr>
              <w:t xml:space="preserve"> e </w:t>
            </w:r>
            <w:proofErr w:type="spellStart"/>
            <w:r w:rsidRPr="004B5ED7">
              <w:rPr>
                <w:i/>
                <w:color w:val="7A7A7A"/>
                <w:sz w:val="16"/>
                <w:szCs w:val="24"/>
                <w:lang w:val="fr-FR"/>
              </w:rPr>
              <w:t>înscris</w:t>
            </w:r>
            <w:proofErr w:type="spellEnd"/>
            <w:r w:rsidRPr="004B5ED7">
              <w:rPr>
                <w:i/>
                <w:color w:val="7A7A7A"/>
                <w:sz w:val="16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i/>
                <w:color w:val="7A7A7A"/>
                <w:sz w:val="16"/>
                <w:szCs w:val="24"/>
                <w:lang w:val="fr-FR"/>
              </w:rPr>
              <w:t>în</w:t>
            </w:r>
            <w:proofErr w:type="spellEnd"/>
            <w:r w:rsidRPr="004B5ED7">
              <w:rPr>
                <w:i/>
                <w:color w:val="7A7A7A"/>
                <w:sz w:val="16"/>
                <w:szCs w:val="24"/>
                <w:lang w:val="fr-FR"/>
              </w:rPr>
              <w:t xml:space="preserve"> e-Terra</w:t>
            </w:r>
          </w:p>
          <w:p w14:paraId="2A482E4D" w14:textId="77777777" w:rsidR="00BD4241" w:rsidRPr="004B5ED7" w:rsidRDefault="00BD4241">
            <w:pPr>
              <w:keepNext/>
              <w:rPr>
                <w:sz w:val="16"/>
                <w:szCs w:val="24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color w:val="0D5F78"/>
                <w:sz w:val="16"/>
                <w:szCs w:val="24"/>
              </w:rPr>
              <w:t xml:space="preserve">Carte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funciară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nr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>.</w:t>
            </w:r>
          </w:p>
          <w:p w14:paraId="5C821E97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  <w:tr w:rsidR="00BD4241" w:rsidRPr="004B5ED7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Suprafața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terenului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(m²)</w:t>
            </w:r>
          </w:p>
          <w:p w14:paraId="7A8081F1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  <w:tc>
          <w:tcPr>
            <w:tcW w:w="4818" w:type="dxa"/>
            <w:gridSpan w:val="4"/>
          </w:tcPr>
          <w:p w14:paraId="2F05F5A9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Suprafața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</w:t>
            </w: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construcției</w:t>
            </w:r>
            <w:proofErr w:type="spellEnd"/>
            <w:r w:rsidRPr="004B5ED7">
              <w:rPr>
                <w:b/>
                <w:color w:val="0D5F78"/>
                <w:sz w:val="16"/>
                <w:szCs w:val="24"/>
              </w:rPr>
              <w:t xml:space="preserve"> (m²)</w:t>
            </w:r>
          </w:p>
          <w:p w14:paraId="12AE18A8" w14:textId="77777777" w:rsidR="00BD4241" w:rsidRPr="004B5ED7" w:rsidRDefault="00BD4241">
            <w:pPr>
              <w:keepNext/>
              <w:rPr>
                <w:sz w:val="16"/>
                <w:szCs w:val="24"/>
              </w:rPr>
            </w:pPr>
          </w:p>
        </w:tc>
      </w:tr>
    </w:tbl>
    <w:p w14:paraId="05AFE76A" w14:textId="77777777" w:rsidR="00BD4241" w:rsidRPr="004B5ED7" w:rsidRDefault="00BD4241">
      <w:pPr>
        <w:spacing w:line="168" w:lineRule="auto"/>
        <w:rPr>
          <w:sz w:val="16"/>
          <w:szCs w:val="24"/>
        </w:rPr>
      </w:pPr>
    </w:p>
    <w:p w14:paraId="484D8D92" w14:textId="77777777" w:rsidR="00BD4241" w:rsidRPr="004B5ED7" w:rsidRDefault="00D13697">
      <w:pPr>
        <w:rPr>
          <w:sz w:val="16"/>
          <w:szCs w:val="24"/>
        </w:rPr>
      </w:pPr>
      <w:r w:rsidRPr="004B5ED7">
        <w:rPr>
          <w:sz w:val="16"/>
          <w:szCs w:val="24"/>
        </w:rP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4B5ED7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sz w:val="18"/>
                <w:szCs w:val="24"/>
              </w:rPr>
              <w:lastRenderedPageBreak/>
              <w:t xml:space="preserve"> 4. </w:t>
            </w:r>
            <w:r w:rsidRPr="004B5ED7">
              <w:rPr>
                <w:b/>
                <w:color w:val="000000"/>
                <w:sz w:val="20"/>
                <w:szCs w:val="24"/>
              </w:rPr>
              <w:t>ÎNCADRAREA LUCRĂRILOR</w:t>
            </w:r>
          </w:p>
        </w:tc>
      </w:tr>
      <w:tr w:rsidR="00BD4241" w:rsidRPr="00092E24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4B5ED7" w:rsidRDefault="00D13697">
            <w:pPr>
              <w:keepNext/>
              <w:rPr>
                <w:b/>
                <w:bCs/>
                <w:sz w:val="16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A ·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Lucrări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de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construcții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noi</w:t>
            </w:r>
            <w:proofErr w:type="spellEnd"/>
          </w:p>
        </w:tc>
      </w:tr>
      <w:tr w:rsidR="00BD4241" w:rsidRPr="00092E24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4B5ED7" w:rsidRDefault="00D13697">
            <w:pPr>
              <w:keepNext/>
              <w:rPr>
                <w:sz w:val="16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clădiri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civile    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clădiri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industriale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clădiri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agricole    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construcții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cu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caracter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special</w:t>
            </w:r>
            <w:proofErr w:type="spellEnd"/>
          </w:p>
        </w:tc>
      </w:tr>
      <w:tr w:rsidR="00BD4241" w:rsidRPr="00092E24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4B5ED7" w:rsidRDefault="00D13697">
            <w:pPr>
              <w:keepNext/>
              <w:rPr>
                <w:sz w:val="16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sz w:val="18"/>
                <w:szCs w:val="24"/>
                <w:lang w:val="fr-FR"/>
              </w:rPr>
              <w:t>r</w:t>
            </w:r>
            <w:r w:rsidRPr="004B5ED7">
              <w:rPr>
                <w:sz w:val="18"/>
                <w:szCs w:val="24"/>
                <w:lang w:val="fr-FR"/>
              </w:rPr>
              <w:t>ealizate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(se va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bifa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,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masura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care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sunt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cunoscute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solicitantului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informațiile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cu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privire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la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amplasarea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zona de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protecție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>/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protejată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) </w:t>
            </w:r>
            <w:r w:rsidRPr="004B5ED7">
              <w:rPr>
                <w:sz w:val="18"/>
                <w:szCs w:val="24"/>
                <w:lang w:val="fr-FR"/>
              </w:rPr>
              <w:t>:</w:t>
            </w:r>
          </w:p>
        </w:tc>
      </w:tr>
      <w:tr w:rsidR="00BD4241" w:rsidRPr="00092E24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Pr="004B5ED7" w:rsidRDefault="00D13697">
            <w:pPr>
              <w:keepNext/>
              <w:rPr>
                <w:sz w:val="18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afara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zonei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de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protecție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gramStart"/>
            <w:r w:rsidRPr="004B5ED7">
              <w:rPr>
                <w:sz w:val="18"/>
                <w:szCs w:val="24"/>
                <w:lang w:val="fr-FR"/>
              </w:rPr>
              <w:t>a</w:t>
            </w:r>
            <w:proofErr w:type="gram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monumentelor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zona de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protecție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a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monumentelor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afara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zonelor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construite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protejate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 </w:t>
            </w:r>
          </w:p>
          <w:p w14:paraId="7336BFFF" w14:textId="18BC78A2" w:rsidR="00BD4241" w:rsidRPr="004B5ED7" w:rsidRDefault="00A256C2">
            <w:pPr>
              <w:keepNext/>
              <w:rPr>
                <w:sz w:val="16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zone construite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protejate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                          </w:t>
            </w:r>
            <w:r w:rsidRPr="004B5ED7">
              <w:rPr>
                <w:rFonts w:ascii="Segoe UI Symbol" w:hAnsi="Segoe UI Symbol" w:cs="Segoe UI Symbol"/>
                <w:sz w:val="18"/>
                <w:szCs w:val="24"/>
                <w:lang w:val="fr-FR"/>
              </w:rPr>
              <w:t>☐</w:t>
            </w:r>
            <w:r w:rsidRPr="004B5ED7">
              <w:rPr>
                <w:sz w:val="18"/>
                <w:szCs w:val="24"/>
                <w:lang w:val="fr-FR"/>
              </w:rPr>
              <w:t xml:space="preserve"> nu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sunt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cunoscute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solicitantului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astfel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gramStart"/>
            <w:r w:rsidRPr="004B5ED7">
              <w:rPr>
                <w:sz w:val="18"/>
                <w:szCs w:val="24"/>
                <w:lang w:val="fr-FR"/>
              </w:rPr>
              <w:t xml:space="preserve">de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informații</w:t>
            </w:r>
            <w:proofErr w:type="spellEnd"/>
            <w:proofErr w:type="gramEnd"/>
            <w:r w:rsidRPr="004B5ED7">
              <w:rPr>
                <w:sz w:val="18"/>
                <w:szCs w:val="24"/>
                <w:lang w:val="fr-FR"/>
              </w:rPr>
              <w:t xml:space="preserve">     </w:t>
            </w:r>
          </w:p>
        </w:tc>
      </w:tr>
      <w:tr w:rsidR="00BD4241" w:rsidRPr="004B5ED7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Pr="004B5ED7" w:rsidRDefault="00D13697">
            <w:pPr>
              <w:keepNext/>
              <w:rPr>
                <w:b/>
                <w:bCs/>
                <w:sz w:val="18"/>
                <w:szCs w:val="24"/>
                <w:lang w:val="fr-FR"/>
              </w:rPr>
            </w:pPr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B</w:t>
            </w:r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>.</w:t>
            </w:r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·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Intervenții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asupra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construcțiilor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existente</w:t>
            </w:r>
            <w:proofErr w:type="spellEnd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>realizate</w:t>
            </w:r>
            <w:proofErr w:type="spellEnd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 xml:space="preserve"> : </w:t>
            </w:r>
          </w:p>
          <w:p w14:paraId="749D5A7F" w14:textId="7913D592" w:rsidR="00BD4241" w:rsidRPr="004B5ED7" w:rsidRDefault="00917520">
            <w:pPr>
              <w:keepNext/>
              <w:rPr>
                <w:b/>
                <w:bCs/>
                <w:sz w:val="16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☐ </w:t>
            </w:r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B.1. </w:t>
            </w:r>
            <w:proofErr w:type="gramStart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la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alte</w:t>
            </w:r>
            <w:proofErr w:type="spellEnd"/>
            <w:proofErr w:type="gram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clădiri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decât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cele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prevăzute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la lit. B.2) </w:t>
            </w:r>
            <w:proofErr w:type="spellStart"/>
            <w:r w:rsidRPr="004B5ED7">
              <w:rPr>
                <w:b/>
                <w:bCs/>
                <w:sz w:val="18"/>
                <w:szCs w:val="24"/>
                <w:lang w:val="fr-FR"/>
              </w:rPr>
              <w:t>și</w:t>
            </w:r>
            <w:proofErr w:type="spellEnd"/>
            <w:r w:rsidRPr="004B5ED7">
              <w:rPr>
                <w:b/>
                <w:bCs/>
                <w:sz w:val="18"/>
                <w:szCs w:val="24"/>
                <w:lang w:val="fr-FR"/>
              </w:rPr>
              <w:t xml:space="preserve"> B.3)</w:t>
            </w:r>
          </w:p>
        </w:tc>
      </w:tr>
      <w:tr w:rsidR="00BD4241" w:rsidRPr="004B5ED7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4B5ED7" w:rsidRDefault="00D13697">
            <w:pPr>
              <w:keepNext/>
              <w:rPr>
                <w:b/>
                <w:bCs/>
                <w:sz w:val="18"/>
                <w:szCs w:val="24"/>
              </w:rPr>
            </w:pPr>
            <w:r w:rsidRPr="004B5ED7">
              <w:rPr>
                <w:sz w:val="18"/>
                <w:szCs w:val="24"/>
              </w:rPr>
              <w:t xml:space="preserve"> </w:t>
            </w:r>
            <w:r w:rsidR="00917520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gramStart"/>
            <w:r w:rsidRPr="004B5ED7">
              <w:rPr>
                <w:b/>
                <w:bCs/>
                <w:sz w:val="18"/>
                <w:szCs w:val="24"/>
              </w:rPr>
              <w:t xml:space="preserve">B.2 </w:t>
            </w:r>
            <w:r w:rsidR="00917520" w:rsidRPr="004B5ED7">
              <w:rPr>
                <w:b/>
                <w:bCs/>
                <w:sz w:val="18"/>
                <w:szCs w:val="24"/>
              </w:rPr>
              <w:t>.</w:t>
            </w:r>
            <w:r w:rsidRPr="004B5ED7">
              <w:rPr>
                <w:b/>
                <w:bCs/>
                <w:sz w:val="18"/>
                <w:szCs w:val="24"/>
              </w:rPr>
              <w:t>·</w:t>
            </w:r>
            <w:proofErr w:type="gramEnd"/>
            <w:r w:rsidRPr="004B5ED7">
              <w:rPr>
                <w:b/>
                <w:bCs/>
                <w:sz w:val="18"/>
                <w:szCs w:val="24"/>
              </w:rPr>
              <w:t>l</w:t>
            </w:r>
            <w:r w:rsidR="00917520" w:rsidRPr="004B5ED7">
              <w:rPr>
                <w:b/>
                <w:bCs/>
                <w:sz w:val="18"/>
                <w:szCs w:val="24"/>
              </w:rPr>
              <w:t xml:space="preserve">a </w:t>
            </w:r>
            <w:proofErr w:type="spellStart"/>
            <w:r w:rsidR="00917520" w:rsidRPr="004B5ED7">
              <w:rPr>
                <w:b/>
                <w:bCs/>
                <w:sz w:val="18"/>
                <w:szCs w:val="24"/>
              </w:rPr>
              <w:t>construcții</w:t>
            </w:r>
            <w:proofErr w:type="spellEnd"/>
            <w:r w:rsidRPr="004B5ED7">
              <w:rPr>
                <w:b/>
                <w:bCs/>
                <w:sz w:val="18"/>
                <w:szCs w:val="24"/>
              </w:rPr>
              <w:t>:</w:t>
            </w:r>
          </w:p>
        </w:tc>
      </w:tr>
      <w:tr w:rsidR="00BD4241" w:rsidRPr="004B5ED7" w14:paraId="38C10CCA" w14:textId="77777777">
        <w:trPr>
          <w:cantSplit/>
        </w:trPr>
        <w:tc>
          <w:tcPr>
            <w:tcW w:w="9636" w:type="dxa"/>
          </w:tcPr>
          <w:p w14:paraId="0480B5D2" w14:textId="77777777" w:rsidR="00BD4241" w:rsidRDefault="0065127A" w:rsidP="0065127A">
            <w:pPr>
              <w:keepNext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</w:t>
            </w:r>
            <w:r w:rsidR="00D13697" w:rsidRPr="004B5ED7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="00D13697" w:rsidRPr="004B5ED7">
              <w:rPr>
                <w:sz w:val="18"/>
                <w:szCs w:val="24"/>
              </w:rPr>
              <w:t xml:space="preserve"> </w:t>
            </w:r>
            <w:proofErr w:type="gramStart"/>
            <w:r w:rsidR="00D13697" w:rsidRPr="004B5ED7">
              <w:rPr>
                <w:sz w:val="18"/>
                <w:szCs w:val="24"/>
              </w:rPr>
              <w:t>monument</w:t>
            </w:r>
            <w:proofErr w:type="gramEnd"/>
            <w:r w:rsidR="00D13697" w:rsidRPr="004B5ED7">
              <w:rPr>
                <w:sz w:val="18"/>
                <w:szCs w:val="24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</w:rPr>
              <w:t>istoric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</w:rPr>
              <w:t>stabilite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</w:rPr>
              <w:t>potrivit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</w:rPr>
              <w:t>Legii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</w:rPr>
              <w:t>nr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. 422/2001 </w:t>
            </w:r>
            <w:proofErr w:type="spellStart"/>
            <w:r w:rsidR="00D13697" w:rsidRPr="004B5ED7">
              <w:rPr>
                <w:sz w:val="18"/>
                <w:szCs w:val="24"/>
              </w:rPr>
              <w:t>privind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</w:rPr>
              <w:t>protejarea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</w:rPr>
              <w:t>monumentelor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</w:rPr>
              <w:t>istorice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, </w:t>
            </w:r>
            <w:proofErr w:type="spellStart"/>
            <w:r w:rsidR="00D13697" w:rsidRPr="004B5ED7">
              <w:rPr>
                <w:sz w:val="18"/>
                <w:szCs w:val="24"/>
              </w:rPr>
              <w:t>republicată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, cu </w:t>
            </w:r>
            <w:proofErr w:type="spellStart"/>
            <w:r w:rsidR="00D13697" w:rsidRPr="004B5ED7">
              <w:rPr>
                <w:sz w:val="18"/>
                <w:szCs w:val="24"/>
              </w:rPr>
              <w:t>modificările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</w:rPr>
              <w:t>și</w:t>
            </w:r>
            <w:proofErr w:type="spellEnd"/>
            <w:r w:rsidR="00D13697" w:rsidRPr="004B5ED7"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 xml:space="preserve"> </w:t>
            </w:r>
          </w:p>
          <w:p w14:paraId="4A7D01F6" w14:textId="20FC72BE" w:rsidR="0065127A" w:rsidRPr="004B5ED7" w:rsidRDefault="0065127A" w:rsidP="0065127A">
            <w:pPr>
              <w:keepNext/>
              <w:rPr>
                <w:sz w:val="16"/>
                <w:szCs w:val="24"/>
              </w:rPr>
            </w:pPr>
            <w:r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completările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ulterioare</w:t>
            </w:r>
            <w:proofErr w:type="spellEnd"/>
            <w:r w:rsidRPr="004B5ED7">
              <w:rPr>
                <w:sz w:val="18"/>
                <w:szCs w:val="24"/>
              </w:rPr>
              <w:t xml:space="preserve">, </w:t>
            </w:r>
            <w:proofErr w:type="spellStart"/>
            <w:r w:rsidRPr="004B5ED7">
              <w:rPr>
                <w:sz w:val="18"/>
                <w:szCs w:val="24"/>
              </w:rPr>
              <w:t>inclusiv</w:t>
            </w:r>
            <w:proofErr w:type="spellEnd"/>
            <w:r w:rsidRPr="004B5ED7">
              <w:rPr>
                <w:sz w:val="18"/>
                <w:szCs w:val="24"/>
              </w:rPr>
              <w:t xml:space="preserve"> la </w:t>
            </w:r>
            <w:proofErr w:type="spellStart"/>
            <w:r w:rsidRPr="004B5ED7">
              <w:rPr>
                <w:sz w:val="18"/>
                <w:szCs w:val="24"/>
              </w:rPr>
              <w:t>anexele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acestora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identificate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în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același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imobil</w:t>
            </w:r>
            <w:proofErr w:type="spellEnd"/>
            <w:r w:rsidRPr="004B5ED7">
              <w:rPr>
                <w:sz w:val="18"/>
                <w:szCs w:val="24"/>
              </w:rPr>
              <w:t xml:space="preserve"> (</w:t>
            </w:r>
            <w:proofErr w:type="spellStart"/>
            <w:r w:rsidRPr="004B5ED7">
              <w:rPr>
                <w:sz w:val="18"/>
                <w:szCs w:val="24"/>
              </w:rPr>
              <w:t>teren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și</w:t>
            </w:r>
            <w:proofErr w:type="spellEnd"/>
            <w:r w:rsidRPr="004B5ED7">
              <w:rPr>
                <w:sz w:val="18"/>
                <w:szCs w:val="24"/>
              </w:rPr>
              <w:t>/</w:t>
            </w:r>
            <w:proofErr w:type="spellStart"/>
            <w:r w:rsidRPr="004B5ED7">
              <w:rPr>
                <w:sz w:val="18"/>
                <w:szCs w:val="24"/>
              </w:rPr>
              <w:t>sau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construcții</w:t>
            </w:r>
            <w:proofErr w:type="spellEnd"/>
            <w:r w:rsidRPr="004B5ED7">
              <w:rPr>
                <w:sz w:val="18"/>
                <w:szCs w:val="24"/>
              </w:rPr>
              <w:t>)</w:t>
            </w:r>
          </w:p>
        </w:tc>
      </w:tr>
      <w:tr w:rsidR="00BD4241" w:rsidRPr="00092E24" w14:paraId="68A8984F" w14:textId="77777777">
        <w:trPr>
          <w:cantSplit/>
        </w:trPr>
        <w:tc>
          <w:tcPr>
            <w:tcW w:w="9636" w:type="dxa"/>
          </w:tcPr>
          <w:p w14:paraId="611473BA" w14:textId="6C5D633E" w:rsidR="00BD4241" w:rsidRPr="004B5ED7" w:rsidRDefault="0065127A">
            <w:pPr>
              <w:keepNext/>
              <w:rPr>
                <w:sz w:val="16"/>
                <w:szCs w:val="24"/>
                <w:lang w:val="pt-BR"/>
              </w:rPr>
            </w:pPr>
            <w:r>
              <w:rPr>
                <w:sz w:val="18"/>
                <w:szCs w:val="24"/>
                <w:lang w:val="pt-BR"/>
              </w:rPr>
              <w:t xml:space="preserve"> </w:t>
            </w:r>
            <w:r w:rsidR="00D13697" w:rsidRPr="004B5ED7">
              <w:rPr>
                <w:sz w:val="18"/>
                <w:szCs w:val="24"/>
                <w:lang w:val="pt-BR"/>
              </w:rPr>
              <w:t>☐ aflate în zona de protecție a monumentelor istorice</w:t>
            </w:r>
          </w:p>
        </w:tc>
      </w:tr>
      <w:tr w:rsidR="00BD4241" w:rsidRPr="004B5ED7" w14:paraId="2E03D770" w14:textId="77777777">
        <w:trPr>
          <w:cantSplit/>
        </w:trPr>
        <w:tc>
          <w:tcPr>
            <w:tcW w:w="9636" w:type="dxa"/>
          </w:tcPr>
          <w:p w14:paraId="26E80490" w14:textId="0FCAB1A0" w:rsidR="00BD4241" w:rsidRPr="004B5ED7" w:rsidRDefault="0065127A">
            <w:pPr>
              <w:keepNext/>
              <w:rPr>
                <w:sz w:val="16"/>
                <w:szCs w:val="24"/>
                <w:lang w:val="fr-FR"/>
              </w:rPr>
            </w:pPr>
            <w:r>
              <w:rPr>
                <w:sz w:val="18"/>
                <w:szCs w:val="24"/>
                <w:lang w:val="fr-FR"/>
              </w:rPr>
              <w:t xml:space="preserve"> </w:t>
            </w:r>
            <w:r w:rsidR="00D13697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aflate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zone construite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protejate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,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stabilite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potrivit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legii</w:t>
            </w:r>
            <w:proofErr w:type="spellEnd"/>
          </w:p>
        </w:tc>
      </w:tr>
      <w:tr w:rsidR="00BD4241" w:rsidRPr="00092E24" w14:paraId="399BC221" w14:textId="77777777">
        <w:trPr>
          <w:cantSplit/>
        </w:trPr>
        <w:tc>
          <w:tcPr>
            <w:tcW w:w="9636" w:type="dxa"/>
          </w:tcPr>
          <w:p w14:paraId="646CB655" w14:textId="6E0D0F5A" w:rsidR="00BD4241" w:rsidRPr="004B5ED7" w:rsidRDefault="0065127A">
            <w:pPr>
              <w:keepNext/>
              <w:rPr>
                <w:sz w:val="16"/>
                <w:szCs w:val="24"/>
                <w:lang w:val="fr-FR"/>
              </w:rPr>
            </w:pPr>
            <w:r>
              <w:rPr>
                <w:sz w:val="18"/>
                <w:szCs w:val="24"/>
                <w:lang w:val="fr-FR"/>
              </w:rPr>
              <w:t xml:space="preserve"> </w:t>
            </w:r>
            <w:r w:rsidR="00D13697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cu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valoare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arhitecturală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sau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istorică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deosebită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,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stabilite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prin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documentații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gramStart"/>
            <w:r w:rsidR="00D13697" w:rsidRPr="004B5ED7">
              <w:rPr>
                <w:sz w:val="18"/>
                <w:szCs w:val="24"/>
                <w:lang w:val="fr-FR"/>
              </w:rPr>
              <w:t xml:space="preserve">de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urbanism</w:t>
            </w:r>
            <w:proofErr w:type="spellEnd"/>
            <w:proofErr w:type="gram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aprobate</w:t>
            </w:r>
            <w:proofErr w:type="spellEnd"/>
          </w:p>
        </w:tc>
      </w:tr>
      <w:tr w:rsidR="00BD4241" w:rsidRPr="004B5ED7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28CDFAAE" w:rsidR="00BD4241" w:rsidRPr="004B5ED7" w:rsidRDefault="0065127A">
            <w:pPr>
              <w:keepNext/>
              <w:rPr>
                <w:sz w:val="16"/>
                <w:szCs w:val="24"/>
                <w:lang w:val="fr-FR"/>
              </w:rPr>
            </w:pPr>
            <w:r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 xml:space="preserve">☐  B.3 · la </w:t>
            </w:r>
            <w:proofErr w:type="spellStart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>clădiri</w:t>
            </w:r>
            <w:proofErr w:type="spellEnd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 xml:space="preserve"> / </w:t>
            </w:r>
            <w:proofErr w:type="spellStart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>construcții</w:t>
            </w:r>
            <w:proofErr w:type="spellEnd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>cu</w:t>
            </w:r>
            <w:proofErr w:type="spellEnd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>caracter</w:t>
            </w:r>
            <w:proofErr w:type="spellEnd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b/>
                <w:bCs/>
                <w:sz w:val="18"/>
                <w:szCs w:val="24"/>
                <w:lang w:val="fr-FR"/>
              </w:rPr>
              <w:t>special</w:t>
            </w:r>
            <w:proofErr w:type="spellEnd"/>
            <w:r w:rsidR="00917520" w:rsidRPr="004B5ED7">
              <w:rPr>
                <w:sz w:val="18"/>
                <w:szCs w:val="24"/>
                <w:lang w:val="fr-FR"/>
              </w:rPr>
              <w:t xml:space="preserve">             </w:t>
            </w:r>
            <w:r w:rsidR="008873BD">
              <w:rPr>
                <w:sz w:val="18"/>
                <w:szCs w:val="24"/>
                <w:lang w:val="fr-FR"/>
              </w:rPr>
              <w:t xml:space="preserve"> </w:t>
            </w:r>
            <w:r w:rsidR="008873BD" w:rsidRPr="008873BD">
              <w:rPr>
                <w:sz w:val="14"/>
                <w:szCs w:val="14"/>
                <w:lang w:val="fr-FR"/>
              </w:rPr>
              <w:t xml:space="preserve">  </w:t>
            </w:r>
            <w:r w:rsidR="00917520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917520" w:rsidRPr="004B5ED7">
              <w:rPr>
                <w:sz w:val="18"/>
                <w:szCs w:val="24"/>
                <w:lang w:val="fr-FR"/>
              </w:rPr>
              <w:t>altele</w:t>
            </w:r>
            <w:proofErr w:type="spellEnd"/>
            <w:r w:rsidR="00917520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sz w:val="18"/>
                <w:szCs w:val="24"/>
                <w:lang w:val="fr-FR"/>
              </w:rPr>
              <w:t>decât</w:t>
            </w:r>
            <w:proofErr w:type="spellEnd"/>
            <w:r w:rsidR="00917520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sz w:val="18"/>
                <w:szCs w:val="24"/>
                <w:lang w:val="fr-FR"/>
              </w:rPr>
              <w:t>cele</w:t>
            </w:r>
            <w:proofErr w:type="spellEnd"/>
            <w:r w:rsidR="00917520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sz w:val="18"/>
                <w:szCs w:val="24"/>
                <w:lang w:val="fr-FR"/>
              </w:rPr>
              <w:t>stabilite</w:t>
            </w:r>
            <w:proofErr w:type="spellEnd"/>
            <w:r w:rsidR="00917520" w:rsidRPr="004B5ED7">
              <w:rPr>
                <w:sz w:val="18"/>
                <w:szCs w:val="24"/>
                <w:lang w:val="fr-FR"/>
              </w:rPr>
              <w:t xml:space="preserve"> la lit. B.2)</w:t>
            </w:r>
          </w:p>
        </w:tc>
      </w:tr>
      <w:tr w:rsidR="00BD4241" w:rsidRPr="004B5ED7" w14:paraId="239F77F8" w14:textId="77777777">
        <w:trPr>
          <w:cantSplit/>
        </w:trPr>
        <w:tc>
          <w:tcPr>
            <w:tcW w:w="9636" w:type="dxa"/>
          </w:tcPr>
          <w:p w14:paraId="7D6B977C" w14:textId="0C54B0B1" w:rsidR="00BD4241" w:rsidRPr="004B5ED7" w:rsidRDefault="00D13697">
            <w:pPr>
              <w:keepNext/>
              <w:rPr>
                <w:sz w:val="16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r w:rsidR="00917520" w:rsidRPr="004B5ED7">
              <w:rPr>
                <w:sz w:val="18"/>
                <w:szCs w:val="24"/>
                <w:lang w:val="fr-FR"/>
              </w:rPr>
              <w:t xml:space="preserve">                                                                                                </w:t>
            </w:r>
            <w:r w:rsidR="008873BD">
              <w:rPr>
                <w:sz w:val="18"/>
                <w:szCs w:val="24"/>
                <w:lang w:val="fr-FR"/>
              </w:rPr>
              <w:t xml:space="preserve">   </w:t>
            </w:r>
            <w:r w:rsidR="00917520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917520" w:rsidRPr="004B5ED7">
              <w:rPr>
                <w:sz w:val="18"/>
                <w:szCs w:val="24"/>
                <w:lang w:val="fr-FR"/>
              </w:rPr>
              <w:t>din</w:t>
            </w:r>
            <w:proofErr w:type="spellEnd"/>
            <w:r w:rsidR="00917520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sz w:val="18"/>
                <w:szCs w:val="24"/>
                <w:lang w:val="fr-FR"/>
              </w:rPr>
              <w:t>categoria</w:t>
            </w:r>
            <w:proofErr w:type="spellEnd"/>
            <w:r w:rsidR="00917520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sz w:val="18"/>
                <w:szCs w:val="24"/>
                <w:lang w:val="fr-FR"/>
              </w:rPr>
              <w:t>celor</w:t>
            </w:r>
            <w:proofErr w:type="spellEnd"/>
            <w:r w:rsidR="00917520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917520" w:rsidRPr="004B5ED7">
              <w:rPr>
                <w:sz w:val="18"/>
                <w:szCs w:val="24"/>
                <w:lang w:val="fr-FR"/>
              </w:rPr>
              <w:t>stabilite</w:t>
            </w:r>
            <w:proofErr w:type="spellEnd"/>
            <w:r w:rsidR="00917520" w:rsidRPr="004B5ED7">
              <w:rPr>
                <w:sz w:val="18"/>
                <w:szCs w:val="24"/>
                <w:lang w:val="fr-FR"/>
              </w:rPr>
              <w:t xml:space="preserve"> la lit. B.2)</w:t>
            </w:r>
          </w:p>
        </w:tc>
      </w:tr>
      <w:tr w:rsidR="00BD4241" w:rsidRPr="004B5ED7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r w:rsidRPr="004B5ED7">
              <w:rPr>
                <w:sz w:val="18"/>
                <w:szCs w:val="24"/>
              </w:rPr>
              <w:t xml:space="preserve">C · </w:t>
            </w:r>
            <w:proofErr w:type="spellStart"/>
            <w:r w:rsidRPr="004B5ED7">
              <w:rPr>
                <w:sz w:val="18"/>
                <w:szCs w:val="24"/>
              </w:rPr>
              <w:t>Amenajări</w:t>
            </w:r>
            <w:proofErr w:type="spellEnd"/>
          </w:p>
        </w:tc>
      </w:tr>
      <w:tr w:rsidR="00BD4241" w:rsidRPr="004B5ED7" w14:paraId="34F7FA5C" w14:textId="77777777">
        <w:trPr>
          <w:cantSplit/>
        </w:trPr>
        <w:tc>
          <w:tcPr>
            <w:tcW w:w="9636" w:type="dxa"/>
          </w:tcPr>
          <w:p w14:paraId="381605A2" w14:textId="77777777" w:rsidR="0065127A" w:rsidRDefault="00D13697" w:rsidP="0065127A">
            <w:pPr>
              <w:keepNext/>
              <w:rPr>
                <w:sz w:val="18"/>
                <w:szCs w:val="24"/>
              </w:rPr>
            </w:pPr>
            <w:r w:rsidRPr="004B5ED7">
              <w:rPr>
                <w:sz w:val="18"/>
                <w:szCs w:val="24"/>
              </w:rPr>
              <w:t xml:space="preserve"> </w:t>
            </w:r>
            <w:r w:rsidRPr="004B5ED7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amenaj</w:t>
            </w:r>
            <w:r w:rsidRPr="004B5ED7">
              <w:rPr>
                <w:rFonts w:cs="Times New Roman"/>
                <w:sz w:val="18"/>
                <w:szCs w:val="24"/>
              </w:rPr>
              <w:t>ă</w:t>
            </w:r>
            <w:r w:rsidRPr="004B5ED7">
              <w:rPr>
                <w:sz w:val="18"/>
                <w:szCs w:val="24"/>
              </w:rPr>
              <w:t>ri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civile</w:t>
            </w:r>
            <w:proofErr w:type="spellEnd"/>
            <w:r w:rsidRPr="004B5ED7">
              <w:rPr>
                <w:sz w:val="18"/>
                <w:szCs w:val="24"/>
              </w:rPr>
              <w:t xml:space="preserve">     </w:t>
            </w:r>
            <w:r w:rsidRPr="004B5ED7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amenaj</w:t>
            </w:r>
            <w:r w:rsidRPr="004B5ED7">
              <w:rPr>
                <w:rFonts w:cs="Times New Roman"/>
                <w:sz w:val="18"/>
                <w:szCs w:val="24"/>
              </w:rPr>
              <w:t>ă</w:t>
            </w:r>
            <w:r w:rsidRPr="004B5ED7">
              <w:rPr>
                <w:sz w:val="18"/>
                <w:szCs w:val="24"/>
              </w:rPr>
              <w:t>ri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rFonts w:cs="Times New Roman"/>
                <w:sz w:val="18"/>
                <w:szCs w:val="24"/>
              </w:rPr>
              <w:t>ș</w:t>
            </w:r>
            <w:r w:rsidRPr="004B5ED7">
              <w:rPr>
                <w:sz w:val="18"/>
                <w:szCs w:val="24"/>
              </w:rPr>
              <w:t>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rFonts w:cs="Times New Roman"/>
                <w:sz w:val="18"/>
                <w:szCs w:val="24"/>
              </w:rPr>
              <w:t>î</w:t>
            </w:r>
            <w:r w:rsidRPr="004B5ED7">
              <w:rPr>
                <w:sz w:val="18"/>
                <w:szCs w:val="24"/>
              </w:rPr>
              <w:t>mbun</w:t>
            </w:r>
            <w:r w:rsidRPr="004B5ED7">
              <w:rPr>
                <w:rFonts w:cs="Times New Roman"/>
                <w:sz w:val="18"/>
                <w:szCs w:val="24"/>
              </w:rPr>
              <w:t>ă</w:t>
            </w:r>
            <w:r w:rsidRPr="004B5ED7">
              <w:rPr>
                <w:sz w:val="18"/>
                <w:szCs w:val="24"/>
              </w:rPr>
              <w:t>t</w:t>
            </w:r>
            <w:r w:rsidRPr="004B5ED7">
              <w:rPr>
                <w:rFonts w:cs="Times New Roman"/>
                <w:sz w:val="18"/>
                <w:szCs w:val="24"/>
              </w:rPr>
              <w:t>ăț</w:t>
            </w:r>
            <w:r w:rsidRPr="004B5ED7">
              <w:rPr>
                <w:sz w:val="18"/>
                <w:szCs w:val="24"/>
              </w:rPr>
              <w:t>iri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funciare</w:t>
            </w:r>
            <w:proofErr w:type="spellEnd"/>
            <w:r w:rsidRPr="004B5ED7">
              <w:rPr>
                <w:sz w:val="18"/>
                <w:szCs w:val="24"/>
              </w:rPr>
              <w:t xml:space="preserve">     </w:t>
            </w:r>
            <w:r w:rsidRPr="004B5ED7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construc</w:t>
            </w:r>
            <w:r w:rsidRPr="004B5ED7">
              <w:rPr>
                <w:rFonts w:cs="Times New Roman"/>
                <w:sz w:val="18"/>
                <w:szCs w:val="24"/>
              </w:rPr>
              <w:t>ț</w:t>
            </w:r>
            <w:r w:rsidRPr="004B5ED7">
              <w:rPr>
                <w:sz w:val="18"/>
                <w:szCs w:val="24"/>
              </w:rPr>
              <w:t>ii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provizorii</w:t>
            </w:r>
            <w:proofErr w:type="spellEnd"/>
            <w:r w:rsidRPr="004B5ED7">
              <w:rPr>
                <w:sz w:val="18"/>
                <w:szCs w:val="24"/>
              </w:rPr>
              <w:t xml:space="preserve"> / cu </w:t>
            </w:r>
            <w:proofErr w:type="spellStart"/>
            <w:r w:rsidRPr="004B5ED7">
              <w:rPr>
                <w:sz w:val="18"/>
                <w:szCs w:val="24"/>
              </w:rPr>
              <w:t>caracter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temporar</w:t>
            </w:r>
            <w:proofErr w:type="spellEnd"/>
            <w:r w:rsidRPr="004B5ED7">
              <w:rPr>
                <w:sz w:val="18"/>
                <w:szCs w:val="24"/>
              </w:rPr>
              <w:t xml:space="preserve">     </w:t>
            </w:r>
            <w:r w:rsidRPr="004B5ED7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cercetarea</w:t>
            </w:r>
            <w:proofErr w:type="spellEnd"/>
            <w:r w:rsidRPr="004B5ED7">
              <w:rPr>
                <w:sz w:val="18"/>
                <w:szCs w:val="24"/>
              </w:rPr>
              <w:t xml:space="preserve"> / </w:t>
            </w:r>
            <w:r w:rsidR="0065127A">
              <w:rPr>
                <w:sz w:val="18"/>
                <w:szCs w:val="24"/>
              </w:rPr>
              <w:t xml:space="preserve"> </w:t>
            </w:r>
          </w:p>
          <w:p w14:paraId="0497BD73" w14:textId="77777777" w:rsidR="0065127A" w:rsidRDefault="0065127A" w:rsidP="0065127A">
            <w:pPr>
              <w:keepNext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prospectarea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terenurilor</w:t>
            </w:r>
            <w:proofErr w:type="spellEnd"/>
            <w:r w:rsidRPr="004B5ED7">
              <w:rPr>
                <w:sz w:val="18"/>
                <w:szCs w:val="24"/>
              </w:rPr>
              <w:t xml:space="preserve">, </w:t>
            </w:r>
            <w:proofErr w:type="spellStart"/>
            <w:r w:rsidRPr="004B5ED7">
              <w:rPr>
                <w:sz w:val="18"/>
                <w:szCs w:val="24"/>
              </w:rPr>
              <w:t>foraje</w:t>
            </w:r>
            <w:proofErr w:type="spellEnd"/>
            <w:r w:rsidRPr="004B5ED7">
              <w:rPr>
                <w:sz w:val="18"/>
                <w:szCs w:val="24"/>
              </w:rPr>
              <w:t xml:space="preserve">, </w:t>
            </w:r>
            <w:proofErr w:type="spellStart"/>
            <w:r w:rsidRPr="004B5ED7">
              <w:rPr>
                <w:sz w:val="18"/>
                <w:szCs w:val="24"/>
              </w:rPr>
              <w:t>excavări</w:t>
            </w:r>
            <w:proofErr w:type="spellEnd"/>
            <w:r w:rsidRPr="004B5ED7">
              <w:rPr>
                <w:sz w:val="18"/>
                <w:szCs w:val="24"/>
              </w:rPr>
              <w:t xml:space="preserve">     </w:t>
            </w:r>
            <w:r w:rsidRPr="004B5ED7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cercet</w:t>
            </w:r>
            <w:r w:rsidRPr="004B5ED7">
              <w:rPr>
                <w:rFonts w:cs="Times New Roman"/>
                <w:sz w:val="18"/>
                <w:szCs w:val="24"/>
              </w:rPr>
              <w:t>ă</w:t>
            </w:r>
            <w:r w:rsidRPr="004B5ED7">
              <w:rPr>
                <w:sz w:val="18"/>
                <w:szCs w:val="24"/>
              </w:rPr>
              <w:t>ri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pentru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z</w:t>
            </w:r>
            <w:r w:rsidRPr="004B5ED7">
              <w:rPr>
                <w:rFonts w:cs="Times New Roman"/>
                <w:sz w:val="18"/>
                <w:szCs w:val="24"/>
              </w:rPr>
              <w:t>ă</w:t>
            </w:r>
            <w:r w:rsidRPr="004B5ED7">
              <w:rPr>
                <w:sz w:val="18"/>
                <w:szCs w:val="24"/>
              </w:rPr>
              <w:t>c</w:t>
            </w:r>
            <w:r w:rsidRPr="004B5ED7">
              <w:rPr>
                <w:rFonts w:cs="Times New Roman"/>
                <w:sz w:val="18"/>
                <w:szCs w:val="24"/>
              </w:rPr>
              <w:t>ă</w:t>
            </w:r>
            <w:r w:rsidRPr="004B5ED7">
              <w:rPr>
                <w:sz w:val="18"/>
                <w:szCs w:val="24"/>
              </w:rPr>
              <w:t>minte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naturale</w:t>
            </w:r>
            <w:proofErr w:type="spellEnd"/>
            <w:r w:rsidRPr="004B5ED7">
              <w:rPr>
                <w:sz w:val="18"/>
                <w:szCs w:val="24"/>
              </w:rPr>
              <w:t xml:space="preserve">     </w:t>
            </w:r>
            <w:r w:rsidRPr="004B5ED7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spații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verzi</w:t>
            </w:r>
            <w:proofErr w:type="spellEnd"/>
            <w:r w:rsidRPr="004B5ED7">
              <w:rPr>
                <w:sz w:val="18"/>
                <w:szCs w:val="24"/>
              </w:rPr>
              <w:t xml:space="preserve">, </w:t>
            </w:r>
            <w:proofErr w:type="spellStart"/>
            <w:r w:rsidRPr="004B5ED7">
              <w:rPr>
                <w:sz w:val="18"/>
                <w:szCs w:val="24"/>
              </w:rPr>
              <w:t>plantate</w:t>
            </w:r>
            <w:proofErr w:type="spellEnd"/>
            <w:r w:rsidRPr="004B5ED7">
              <w:rPr>
                <w:sz w:val="18"/>
                <w:szCs w:val="24"/>
              </w:rPr>
              <w:t xml:space="preserve">     </w:t>
            </w:r>
            <w:r w:rsidRPr="004B5ED7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spa</w:t>
            </w:r>
            <w:r w:rsidRPr="004B5ED7">
              <w:rPr>
                <w:rFonts w:cs="Times New Roman"/>
                <w:sz w:val="18"/>
                <w:szCs w:val="24"/>
              </w:rPr>
              <w:t>ț</w:t>
            </w:r>
            <w:r w:rsidRPr="004B5ED7">
              <w:rPr>
                <w:sz w:val="18"/>
                <w:szCs w:val="24"/>
              </w:rPr>
              <w:t>ii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publice</w:t>
            </w:r>
            <w:proofErr w:type="spellEnd"/>
            <w:r w:rsidRPr="004B5ED7">
              <w:rPr>
                <w:sz w:val="18"/>
                <w:szCs w:val="24"/>
              </w:rPr>
              <w:t xml:space="preserve">     </w:t>
            </w:r>
          </w:p>
          <w:p w14:paraId="4CFD8584" w14:textId="0BE09748" w:rsidR="00BD4241" w:rsidRPr="004B5ED7" w:rsidRDefault="0065127A" w:rsidP="0065127A">
            <w:pPr>
              <w:keepNext/>
              <w:rPr>
                <w:sz w:val="16"/>
                <w:szCs w:val="24"/>
              </w:rPr>
            </w:pPr>
            <w:r>
              <w:rPr>
                <w:sz w:val="18"/>
                <w:szCs w:val="24"/>
              </w:rPr>
              <w:t xml:space="preserve"> </w:t>
            </w:r>
            <w:r w:rsidRPr="004B5ED7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organizare</w:t>
            </w:r>
            <w:proofErr w:type="spellEnd"/>
            <w:r w:rsidRPr="004B5ED7">
              <w:rPr>
                <w:sz w:val="18"/>
                <w:szCs w:val="24"/>
              </w:rPr>
              <w:t xml:space="preserve"> de </w:t>
            </w:r>
            <w:proofErr w:type="spellStart"/>
            <w:r w:rsidRPr="004B5ED7">
              <w:rPr>
                <w:sz w:val="18"/>
                <w:szCs w:val="24"/>
              </w:rPr>
              <w:t>șantier</w:t>
            </w:r>
            <w:proofErr w:type="spellEnd"/>
            <w:r>
              <w:rPr>
                <w:sz w:val="18"/>
                <w:szCs w:val="24"/>
              </w:rPr>
              <w:t xml:space="preserve">   </w:t>
            </w:r>
          </w:p>
        </w:tc>
      </w:tr>
      <w:tr w:rsidR="00BD4241" w:rsidRPr="004B5ED7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sz w:val="18"/>
                <w:szCs w:val="24"/>
              </w:rPr>
              <w:t xml:space="preserve"> D · </w:t>
            </w:r>
            <w:proofErr w:type="spellStart"/>
            <w:r w:rsidRPr="004B5ED7">
              <w:rPr>
                <w:sz w:val="18"/>
                <w:szCs w:val="24"/>
              </w:rPr>
              <w:t>Lucrări</w:t>
            </w:r>
            <w:proofErr w:type="spellEnd"/>
            <w:r w:rsidRPr="004B5ED7">
              <w:rPr>
                <w:sz w:val="18"/>
                <w:szCs w:val="24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</w:rPr>
              <w:t>inginerești</w:t>
            </w:r>
            <w:proofErr w:type="spellEnd"/>
          </w:p>
        </w:tc>
      </w:tr>
      <w:tr w:rsidR="00BD4241" w:rsidRPr="00092E24" w14:paraId="4831990D" w14:textId="77777777">
        <w:trPr>
          <w:cantSplit/>
        </w:trPr>
        <w:tc>
          <w:tcPr>
            <w:tcW w:w="9636" w:type="dxa"/>
          </w:tcPr>
          <w:p w14:paraId="0320360C" w14:textId="42185ACE" w:rsidR="00BD4241" w:rsidRPr="004B5ED7" w:rsidRDefault="0065127A">
            <w:pPr>
              <w:rPr>
                <w:sz w:val="16"/>
                <w:szCs w:val="24"/>
                <w:lang w:val="fr-FR"/>
              </w:rPr>
            </w:pPr>
            <w:r>
              <w:rPr>
                <w:sz w:val="18"/>
                <w:szCs w:val="24"/>
                <w:lang w:val="fr-FR"/>
              </w:rPr>
              <w:t xml:space="preserve"> </w:t>
            </w:r>
            <w:r w:rsidR="00D13697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infrastructură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de transport</w:t>
            </w:r>
          </w:p>
          <w:p w14:paraId="05C62BB3" w14:textId="3B606CC6" w:rsidR="00BD4241" w:rsidRPr="004B5ED7" w:rsidRDefault="0065127A">
            <w:pPr>
              <w:rPr>
                <w:sz w:val="16"/>
                <w:szCs w:val="24"/>
                <w:lang w:val="fr-FR"/>
              </w:rPr>
            </w:pPr>
            <w:r>
              <w:rPr>
                <w:sz w:val="18"/>
                <w:szCs w:val="24"/>
                <w:lang w:val="fr-FR"/>
              </w:rPr>
              <w:t xml:space="preserve"> </w:t>
            </w:r>
            <w:r w:rsidR="00D13697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infrastructură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energetică</w:t>
            </w:r>
            <w:proofErr w:type="spellEnd"/>
          </w:p>
          <w:p w14:paraId="1E87347E" w14:textId="7D39BCE5" w:rsidR="00BD4241" w:rsidRPr="004B5ED7" w:rsidRDefault="0065127A">
            <w:pPr>
              <w:rPr>
                <w:sz w:val="16"/>
                <w:szCs w:val="24"/>
                <w:lang w:val="fr-FR"/>
              </w:rPr>
            </w:pPr>
            <w:r>
              <w:rPr>
                <w:sz w:val="18"/>
                <w:szCs w:val="24"/>
                <w:lang w:val="fr-FR"/>
              </w:rPr>
              <w:t xml:space="preserve"> </w:t>
            </w:r>
            <w:r w:rsidR="00D13697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rețele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de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comunicații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electronice</w:t>
            </w:r>
            <w:proofErr w:type="spellEnd"/>
          </w:p>
          <w:p w14:paraId="43F594AA" w14:textId="2B109CA5" w:rsidR="00BD4241" w:rsidRPr="004B5ED7" w:rsidRDefault="0065127A">
            <w:pPr>
              <w:rPr>
                <w:sz w:val="16"/>
                <w:szCs w:val="24"/>
                <w:lang w:val="fr-FR"/>
              </w:rPr>
            </w:pPr>
            <w:r>
              <w:rPr>
                <w:sz w:val="18"/>
                <w:szCs w:val="24"/>
                <w:lang w:val="fr-FR"/>
              </w:rPr>
              <w:t xml:space="preserve"> </w:t>
            </w:r>
            <w:r w:rsidR="00D13697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gospodărirea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apelor</w:t>
            </w:r>
            <w:proofErr w:type="spellEnd"/>
          </w:p>
          <w:p w14:paraId="3F55129D" w14:textId="37563EBB" w:rsidR="00BD4241" w:rsidRPr="004B5ED7" w:rsidRDefault="0065127A">
            <w:pPr>
              <w:rPr>
                <w:sz w:val="16"/>
                <w:szCs w:val="24"/>
                <w:lang w:val="fr-FR"/>
              </w:rPr>
            </w:pPr>
            <w:r>
              <w:rPr>
                <w:sz w:val="18"/>
                <w:szCs w:val="24"/>
                <w:lang w:val="fr-FR"/>
              </w:rPr>
              <w:t xml:space="preserve"> </w:t>
            </w:r>
            <w:r w:rsidR="00D13697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hidrotehnice</w:t>
            </w:r>
            <w:proofErr w:type="spellEnd"/>
          </w:p>
          <w:p w14:paraId="3DB7F2E4" w14:textId="02B16F25" w:rsidR="00BD4241" w:rsidRPr="004B5ED7" w:rsidRDefault="0065127A">
            <w:pPr>
              <w:rPr>
                <w:sz w:val="16"/>
                <w:szCs w:val="24"/>
                <w:lang w:val="fr-FR"/>
              </w:rPr>
            </w:pPr>
            <w:r>
              <w:rPr>
                <w:sz w:val="18"/>
                <w:szCs w:val="24"/>
                <w:lang w:val="fr-FR"/>
              </w:rPr>
              <w:t xml:space="preserve"> </w:t>
            </w:r>
            <w:r w:rsidR="00D13697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miniere</w:t>
            </w:r>
            <w:proofErr w:type="spellEnd"/>
          </w:p>
          <w:p w14:paraId="54EDF735" w14:textId="6C017E6F" w:rsidR="00BD4241" w:rsidRPr="004B5ED7" w:rsidRDefault="0065127A">
            <w:pPr>
              <w:rPr>
                <w:sz w:val="16"/>
                <w:szCs w:val="24"/>
                <w:lang w:val="fr-FR"/>
              </w:rPr>
            </w:pPr>
            <w:r>
              <w:rPr>
                <w:sz w:val="18"/>
                <w:szCs w:val="24"/>
                <w:lang w:val="fr-FR"/>
              </w:rPr>
              <w:t xml:space="preserve"> </w:t>
            </w:r>
            <w:r w:rsidR="00D13697" w:rsidRPr="004B5ED7">
              <w:rPr>
                <w:sz w:val="18"/>
                <w:szCs w:val="24"/>
                <w:lang w:val="fr-FR"/>
              </w:rPr>
              <w:t xml:space="preserve">☐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alte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lucrări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inginerești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necesare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realizării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unor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obiective</w:t>
            </w:r>
            <w:proofErr w:type="spellEnd"/>
            <w:r w:rsidR="00D13697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gramStart"/>
            <w:r w:rsidR="00D13697" w:rsidRPr="004B5ED7">
              <w:rPr>
                <w:sz w:val="18"/>
                <w:szCs w:val="24"/>
                <w:lang w:val="fr-FR"/>
              </w:rPr>
              <w:t xml:space="preserve">de </w:t>
            </w:r>
            <w:proofErr w:type="spellStart"/>
            <w:r w:rsidR="00D13697" w:rsidRPr="004B5ED7">
              <w:rPr>
                <w:sz w:val="18"/>
                <w:szCs w:val="24"/>
                <w:lang w:val="fr-FR"/>
              </w:rPr>
              <w:t>interes</w:t>
            </w:r>
            <w:proofErr w:type="spellEnd"/>
            <w:proofErr w:type="gramEnd"/>
            <w:r w:rsidR="00D13697" w:rsidRPr="004B5ED7">
              <w:rPr>
                <w:sz w:val="18"/>
                <w:szCs w:val="24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4B5ED7" w:rsidRDefault="00BD4241">
      <w:pPr>
        <w:spacing w:line="168" w:lineRule="auto"/>
        <w:rPr>
          <w:sz w:val="16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4B5ED7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sz w:val="18"/>
                <w:szCs w:val="24"/>
                <w:lang w:val="fr-FR"/>
              </w:rPr>
              <w:t xml:space="preserve"> </w:t>
            </w:r>
            <w:r w:rsidRPr="004B5ED7">
              <w:rPr>
                <w:b/>
                <w:sz w:val="18"/>
                <w:szCs w:val="24"/>
              </w:rPr>
              <w:t xml:space="preserve">5. </w:t>
            </w:r>
            <w:r w:rsidRPr="004B5ED7">
              <w:rPr>
                <w:b/>
                <w:color w:val="000000"/>
                <w:sz w:val="20"/>
                <w:szCs w:val="24"/>
              </w:rPr>
              <w:t>SE ANEXEAZĂ</w:t>
            </w:r>
          </w:p>
        </w:tc>
      </w:tr>
      <w:tr w:rsidR="00BD4241" w:rsidRPr="00092E24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Pr="004B5ED7" w:rsidRDefault="00D13697">
            <w:pPr>
              <w:rPr>
                <w:sz w:val="18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☐ extras de carte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funciară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actualizat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 </w:t>
            </w:r>
          </w:p>
          <w:p w14:paraId="0D86EE92" w14:textId="62B10523" w:rsidR="00A256C2" w:rsidRPr="004B5ED7" w:rsidRDefault="00200AB0">
            <w:pPr>
              <w:rPr>
                <w:sz w:val="18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☐ plan de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situație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propus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,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cu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amprenta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gramStart"/>
            <w:r w:rsidRPr="004B5ED7">
              <w:rPr>
                <w:sz w:val="18"/>
                <w:szCs w:val="24"/>
                <w:lang w:val="fr-FR"/>
              </w:rPr>
              <w:t>la</w:t>
            </w:r>
            <w:proofErr w:type="gramEnd"/>
            <w:r w:rsidRPr="004B5ED7">
              <w:rPr>
                <w:sz w:val="18"/>
                <w:szCs w:val="24"/>
                <w:lang w:val="fr-FR"/>
              </w:rPr>
              <w:t xml:space="preserve"> sol a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corpurilor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de </w:t>
            </w:r>
            <w:proofErr w:type="spellStart"/>
            <w:r w:rsidR="00A256C2" w:rsidRPr="004B5ED7">
              <w:rPr>
                <w:sz w:val="18"/>
                <w:szCs w:val="24"/>
                <w:lang w:val="fr-FR"/>
              </w:rPr>
              <w:t>clădire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propuse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spre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construire /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desființare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/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extindere</w:t>
            </w:r>
            <w:proofErr w:type="spellEnd"/>
            <w:r w:rsidR="00A256C2" w:rsidRPr="004B5ED7">
              <w:rPr>
                <w:sz w:val="18"/>
                <w:szCs w:val="24"/>
                <w:lang w:val="fr-FR"/>
              </w:rPr>
              <w:t xml:space="preserve"> </w:t>
            </w:r>
            <w:r w:rsidRPr="004B5ED7">
              <w:rPr>
                <w:sz w:val="18"/>
                <w:szCs w:val="24"/>
                <w:lang w:val="fr-FR"/>
              </w:rPr>
              <w:t xml:space="preserve">    </w:t>
            </w:r>
          </w:p>
          <w:p w14:paraId="19AB48A6" w14:textId="5112B693" w:rsidR="00BD4241" w:rsidRPr="004B5ED7" w:rsidRDefault="00A256C2">
            <w:pPr>
              <w:rPr>
                <w:sz w:val="16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☐ </w:t>
            </w:r>
            <w:proofErr w:type="gramStart"/>
            <w:r w:rsidRPr="004B5ED7">
              <w:rPr>
                <w:sz w:val="18"/>
                <w:szCs w:val="24"/>
                <w:lang w:val="fr-FR"/>
              </w:rPr>
              <w:t xml:space="preserve">plan de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încadrare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zonă</w:t>
            </w:r>
            <w:proofErr w:type="spellEnd"/>
            <w:r w:rsidR="00745F29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745F29"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="00745F29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745F29" w:rsidRPr="004B5ED7">
              <w:rPr>
                <w:sz w:val="18"/>
                <w:szCs w:val="24"/>
                <w:lang w:val="fr-FR"/>
              </w:rPr>
              <w:t>sistem</w:t>
            </w:r>
            <w:proofErr w:type="spellEnd"/>
            <w:r w:rsidR="00745F29"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="00745F29" w:rsidRPr="004B5ED7">
              <w:rPr>
                <w:sz w:val="18"/>
                <w:szCs w:val="24"/>
                <w:lang w:val="fr-FR"/>
              </w:rPr>
              <w:t>Stereo</w:t>
            </w:r>
            <w:proofErr w:type="spellEnd"/>
            <w:r w:rsidR="00745F29" w:rsidRPr="004B5ED7">
              <w:rPr>
                <w:sz w:val="18"/>
                <w:szCs w:val="24"/>
                <w:lang w:val="fr-FR"/>
              </w:rPr>
              <w:t xml:space="preserve"> 70</w:t>
            </w:r>
            <w:r w:rsidRPr="004B5ED7">
              <w:rPr>
                <w:sz w:val="18"/>
                <w:szCs w:val="24"/>
                <w:lang w:val="fr-FR"/>
              </w:rPr>
              <w:t xml:space="preserve">    </w:t>
            </w:r>
            <w:proofErr w:type="gramEnd"/>
            <w:r w:rsidRPr="004B5ED7">
              <w:rPr>
                <w:sz w:val="18"/>
                <w:szCs w:val="24"/>
                <w:lang w:val="fr-FR"/>
              </w:rPr>
              <w:t xml:space="preserve">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descrierea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succintă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a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investiției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împuternicirea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,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dacă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este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4B5ED7" w:rsidRDefault="00BD4241">
      <w:pPr>
        <w:spacing w:line="168" w:lineRule="auto"/>
        <w:rPr>
          <w:sz w:val="16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4B5ED7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sz w:val="18"/>
                <w:szCs w:val="24"/>
                <w:lang w:val="fr-FR"/>
              </w:rPr>
              <w:t xml:space="preserve"> </w:t>
            </w:r>
            <w:r w:rsidRPr="004B5ED7">
              <w:rPr>
                <w:b/>
                <w:sz w:val="18"/>
                <w:szCs w:val="24"/>
              </w:rPr>
              <w:t xml:space="preserve">6. </w:t>
            </w:r>
            <w:r w:rsidRPr="004B5ED7">
              <w:rPr>
                <w:b/>
                <w:color w:val="000000"/>
                <w:sz w:val="20"/>
                <w:szCs w:val="24"/>
              </w:rPr>
              <w:t>COMUNICAREA RĂSPUNSULUI</w:t>
            </w:r>
          </w:p>
        </w:tc>
      </w:tr>
      <w:tr w:rsidR="00BD4241" w:rsidRPr="00092E24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4B5ED7" w:rsidRDefault="00D13697">
            <w:pPr>
              <w:rPr>
                <w:sz w:val="16"/>
                <w:szCs w:val="24"/>
                <w:lang w:val="fr-FR"/>
              </w:rPr>
            </w:pPr>
            <w:r w:rsidRPr="004B5ED7">
              <w:rPr>
                <w:sz w:val="18"/>
                <w:szCs w:val="24"/>
                <w:lang w:val="fr-FR"/>
              </w:rPr>
              <w:t xml:space="preserve">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format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scris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,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prin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poștă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în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format digital, la </w:t>
            </w:r>
            <w:proofErr w:type="spellStart"/>
            <w:proofErr w:type="gramStart"/>
            <w:r w:rsidRPr="004B5ED7">
              <w:rPr>
                <w:sz w:val="18"/>
                <w:szCs w:val="24"/>
                <w:lang w:val="fr-FR"/>
              </w:rPr>
              <w:t>adresa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de e-mail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indicată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   </w:t>
            </w:r>
            <w:proofErr w:type="gramEnd"/>
            <w:r w:rsidRPr="004B5ED7">
              <w:rPr>
                <w:sz w:val="18"/>
                <w:szCs w:val="24"/>
                <w:lang w:val="fr-FR"/>
              </w:rPr>
              <w:t xml:space="preserve"> ☐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ridicare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de la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sediul</w:t>
            </w:r>
            <w:proofErr w:type="spellEnd"/>
            <w:r w:rsidRPr="004B5ED7">
              <w:rPr>
                <w:sz w:val="18"/>
                <w:szCs w:val="24"/>
                <w:lang w:val="fr-FR"/>
              </w:rPr>
              <w:t xml:space="preserve"> </w:t>
            </w:r>
            <w:proofErr w:type="spellStart"/>
            <w:r w:rsidRPr="004B5ED7">
              <w:rPr>
                <w:sz w:val="18"/>
                <w:szCs w:val="24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4B5ED7" w:rsidRDefault="00BD4241">
      <w:pPr>
        <w:spacing w:line="168" w:lineRule="auto"/>
        <w:rPr>
          <w:sz w:val="16"/>
          <w:szCs w:val="24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:rsidRPr="004B5ED7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Pr="004B5ED7" w:rsidRDefault="00D13697">
            <w:pPr>
              <w:keepNext/>
              <w:rPr>
                <w:sz w:val="16"/>
                <w:szCs w:val="24"/>
              </w:rPr>
            </w:pPr>
            <w:r w:rsidRPr="004B5ED7">
              <w:rPr>
                <w:b/>
                <w:sz w:val="18"/>
                <w:szCs w:val="24"/>
                <w:lang w:val="fr-FR"/>
              </w:rPr>
              <w:t xml:space="preserve"> </w:t>
            </w:r>
            <w:r w:rsidRPr="004B5ED7">
              <w:rPr>
                <w:b/>
                <w:sz w:val="18"/>
                <w:szCs w:val="24"/>
              </w:rPr>
              <w:t xml:space="preserve">7. </w:t>
            </w:r>
            <w:r w:rsidRPr="004B5ED7">
              <w:rPr>
                <w:b/>
                <w:color w:val="000000"/>
                <w:sz w:val="20"/>
                <w:szCs w:val="24"/>
              </w:rPr>
              <w:t>DATA ȘI SEMNĂTURA</w:t>
            </w:r>
          </w:p>
        </w:tc>
      </w:tr>
      <w:tr w:rsidR="00BD4241" w:rsidRPr="004B5ED7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105C57AC" w:rsidR="00BD4241" w:rsidRPr="004B5ED7" w:rsidRDefault="0065127A">
            <w:pPr>
              <w:rPr>
                <w:sz w:val="16"/>
                <w:szCs w:val="24"/>
              </w:rPr>
            </w:pPr>
            <w:r>
              <w:rPr>
                <w:b/>
                <w:color w:val="0D5F78"/>
                <w:sz w:val="16"/>
                <w:szCs w:val="24"/>
              </w:rPr>
              <w:t xml:space="preserve"> </w:t>
            </w:r>
            <w:r w:rsidR="00D13697" w:rsidRPr="004B5ED7">
              <w:rPr>
                <w:b/>
                <w:color w:val="0D5F78"/>
                <w:sz w:val="16"/>
                <w:szCs w:val="24"/>
              </w:rPr>
              <w:t>Data</w:t>
            </w:r>
          </w:p>
          <w:p w14:paraId="0640A92C" w14:textId="77777777" w:rsidR="00BD4241" w:rsidRPr="004B5ED7" w:rsidRDefault="00BD4241">
            <w:pPr>
              <w:rPr>
                <w:sz w:val="16"/>
                <w:szCs w:val="24"/>
              </w:rPr>
            </w:pPr>
          </w:p>
        </w:tc>
        <w:tc>
          <w:tcPr>
            <w:tcW w:w="4818" w:type="dxa"/>
          </w:tcPr>
          <w:p w14:paraId="79A6A644" w14:textId="77777777" w:rsidR="00BD4241" w:rsidRPr="004B5ED7" w:rsidRDefault="00D13697">
            <w:pPr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Solicitantul</w:t>
            </w:r>
            <w:proofErr w:type="spellEnd"/>
          </w:p>
          <w:p w14:paraId="09458222" w14:textId="77777777" w:rsidR="00BD4241" w:rsidRPr="004B5ED7" w:rsidRDefault="00BD4241">
            <w:pPr>
              <w:rPr>
                <w:sz w:val="16"/>
                <w:szCs w:val="24"/>
              </w:rPr>
            </w:pPr>
          </w:p>
        </w:tc>
        <w:tc>
          <w:tcPr>
            <w:tcW w:w="3212" w:type="dxa"/>
          </w:tcPr>
          <w:p w14:paraId="4A9DF68B" w14:textId="77777777" w:rsidR="00BD4241" w:rsidRPr="004B5ED7" w:rsidRDefault="00D13697">
            <w:pPr>
              <w:rPr>
                <w:sz w:val="16"/>
                <w:szCs w:val="24"/>
              </w:rPr>
            </w:pPr>
            <w:proofErr w:type="spellStart"/>
            <w:r w:rsidRPr="004B5ED7">
              <w:rPr>
                <w:b/>
                <w:color w:val="0D5F78"/>
                <w:sz w:val="16"/>
                <w:szCs w:val="24"/>
              </w:rPr>
              <w:t>Semnătura</w:t>
            </w:r>
            <w:proofErr w:type="spellEnd"/>
          </w:p>
          <w:p w14:paraId="29080212" w14:textId="77777777" w:rsidR="00BD4241" w:rsidRPr="004B5ED7" w:rsidRDefault="00BD4241">
            <w:pPr>
              <w:rPr>
                <w:sz w:val="16"/>
                <w:szCs w:val="24"/>
              </w:rPr>
            </w:pPr>
          </w:p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42954A" w14:textId="77777777" w:rsidR="00A4329C" w:rsidRDefault="00A4329C">
      <w:r>
        <w:separator/>
      </w:r>
    </w:p>
  </w:endnote>
  <w:endnote w:type="continuationSeparator" w:id="0">
    <w:p w14:paraId="11E946C5" w14:textId="77777777" w:rsidR="00A4329C" w:rsidRDefault="00A43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060EA" w14:textId="77777777" w:rsidR="00BD4241" w:rsidRDefault="00D13697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23D9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23D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CD900" w14:textId="77777777" w:rsidR="00A4329C" w:rsidRDefault="00A4329C">
      <w:r>
        <w:separator/>
      </w:r>
    </w:p>
  </w:footnote>
  <w:footnote w:type="continuationSeparator" w:id="0">
    <w:p w14:paraId="6B09C68E" w14:textId="77777777" w:rsidR="00A4329C" w:rsidRDefault="00A43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68F6"/>
    <w:rsid w:val="0006063C"/>
    <w:rsid w:val="00081E8F"/>
    <w:rsid w:val="00092E24"/>
    <w:rsid w:val="000B6396"/>
    <w:rsid w:val="0011444F"/>
    <w:rsid w:val="00124D5B"/>
    <w:rsid w:val="0015074B"/>
    <w:rsid w:val="001C1BA0"/>
    <w:rsid w:val="001D716F"/>
    <w:rsid w:val="00200AB0"/>
    <w:rsid w:val="00232B9E"/>
    <w:rsid w:val="0029639D"/>
    <w:rsid w:val="00310BA0"/>
    <w:rsid w:val="00326F90"/>
    <w:rsid w:val="00347F58"/>
    <w:rsid w:val="00361B1E"/>
    <w:rsid w:val="0038614A"/>
    <w:rsid w:val="004232B2"/>
    <w:rsid w:val="004408E8"/>
    <w:rsid w:val="00462384"/>
    <w:rsid w:val="00490A91"/>
    <w:rsid w:val="004B5ED7"/>
    <w:rsid w:val="004C7ADF"/>
    <w:rsid w:val="00637822"/>
    <w:rsid w:val="0065127A"/>
    <w:rsid w:val="00681F9B"/>
    <w:rsid w:val="006C103E"/>
    <w:rsid w:val="00745F29"/>
    <w:rsid w:val="00850B64"/>
    <w:rsid w:val="008873BD"/>
    <w:rsid w:val="008F3661"/>
    <w:rsid w:val="00917520"/>
    <w:rsid w:val="009511F8"/>
    <w:rsid w:val="00A256C2"/>
    <w:rsid w:val="00A4329C"/>
    <w:rsid w:val="00A82514"/>
    <w:rsid w:val="00AA1D8D"/>
    <w:rsid w:val="00B47730"/>
    <w:rsid w:val="00BD4241"/>
    <w:rsid w:val="00C623D9"/>
    <w:rsid w:val="00C675B6"/>
    <w:rsid w:val="00CB0664"/>
    <w:rsid w:val="00D05164"/>
    <w:rsid w:val="00D13697"/>
    <w:rsid w:val="00D3337E"/>
    <w:rsid w:val="00D50DD0"/>
    <w:rsid w:val="00DC12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0B2354C5-DD4B-4589-9A35-C3C5C22B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90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03A9F8-89DB-406B-A254-61AEE64C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3914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Ionescu</dc:creator>
  <cp:keywords/>
  <cp:lastModifiedBy>Bogdan Ionescu</cp:lastModifiedBy>
  <cp:revision>17</cp:revision>
  <cp:lastPrinted>2026-09-14T09:44:00Z</cp:lastPrinted>
  <dcterms:created xsi:type="dcterms:W3CDTF">2013-12-23T23:15:00Z</dcterms:created>
  <dcterms:modified xsi:type="dcterms:W3CDTF">2026-09-14T09:44:00Z</dcterms:modified>
  <cp:category/>
</cp:coreProperties>
</file>