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C32BB" w14:paraId="7A4B4BCA" w14:textId="77777777" w:rsidTr="00F16222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14A111D" w14:textId="77777777" w:rsidR="00DC32BB" w:rsidRDefault="00DC32BB" w:rsidP="00F16222">
            <w:pPr>
              <w:keepNext/>
              <w:jc w:val="center"/>
            </w:pPr>
            <w:r w:rsidRPr="004029A2">
              <w:rPr>
                <w:noProof/>
              </w:rPr>
              <w:drawing>
                <wp:inline distT="0" distB="0" distL="0" distR="0" wp14:anchorId="12CDD7C8" wp14:editId="7DDBCD0C">
                  <wp:extent cx="803082" cy="944109"/>
                  <wp:effectExtent l="0" t="0" r="0" b="8890"/>
                  <wp:docPr id="2" name="Picture 2" descr="\\192.168.0.13\Urbanism - Schimb (corina)\FORMULARE NOI\CERERI CU STEMĂ\STEMĂ GIURGIU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0.13\Urbanism - Schimb (corina)\FORMULARE NOI\CERERI CU STEMĂ\STEMĂ GIURGIU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327" cy="95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317F5569" w14:textId="77777777" w:rsidR="00DC32BB" w:rsidRDefault="00DC32BB" w:rsidP="00F16222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CFC68BE" w14:textId="7A948951" w:rsidR="00DC32BB" w:rsidRDefault="001C3783" w:rsidP="00F16222">
            <w:pPr>
              <w:keepNext/>
            </w:pPr>
            <w:r>
              <w:t>GIURGIU</w:t>
            </w:r>
          </w:p>
        </w:tc>
      </w:tr>
      <w:tr w:rsidR="00DC32BB" w14:paraId="081FEE1F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35A76D82" w14:textId="77777777" w:rsidR="00DC32BB" w:rsidRDefault="00DC32BB" w:rsidP="00F16222"/>
        </w:tc>
        <w:tc>
          <w:tcPr>
            <w:tcW w:w="8030" w:type="dxa"/>
            <w:gridSpan w:val="3"/>
            <w:shd w:val="clear" w:color="auto" w:fill="F0F0F0"/>
          </w:tcPr>
          <w:p w14:paraId="7320E812" w14:textId="77777777" w:rsidR="00DC32BB" w:rsidRDefault="00DC32BB" w:rsidP="00F16222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5073DE31" w14:textId="2F64D393" w:rsidR="00DC32BB" w:rsidRDefault="001C3783" w:rsidP="00F16222">
            <w:pPr>
              <w:keepNext/>
            </w:pPr>
            <w:r>
              <w:t>CONSILIUL JUDEȚEAN GIURGIU</w:t>
            </w:r>
          </w:p>
        </w:tc>
      </w:tr>
      <w:tr w:rsidR="00DC32BB" w14:paraId="647CDE88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4BFED974" w14:textId="77777777" w:rsidR="00DC32BB" w:rsidRDefault="00DC32BB" w:rsidP="00F16222"/>
        </w:tc>
        <w:tc>
          <w:tcPr>
            <w:tcW w:w="2409" w:type="dxa"/>
            <w:shd w:val="clear" w:color="auto" w:fill="F0F0F0"/>
          </w:tcPr>
          <w:p w14:paraId="0AE907D8" w14:textId="77777777" w:rsidR="00DC32BB" w:rsidRPr="00F801F2" w:rsidRDefault="00DC32BB" w:rsidP="00F16222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14:paraId="28DE8EA3" w14:textId="4A157EA6" w:rsidR="00DC32BB" w:rsidRPr="00F801F2" w:rsidRDefault="001C3783" w:rsidP="00F16222">
            <w:pPr>
              <w:keepNext/>
              <w:rPr>
                <w:lang w:val="fr-FR"/>
              </w:rPr>
            </w:pPr>
            <w:r>
              <w:rPr>
                <w:lang w:val="fr-FR"/>
              </w:rPr>
              <w:t>4938042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D12BA49" w14:textId="77777777" w:rsidR="00DC32BB" w:rsidRDefault="00DC32BB" w:rsidP="00F16222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52816FC4" w14:textId="17EEC614" w:rsidR="00DC32BB" w:rsidRPr="0033735B" w:rsidRDefault="001C3783" w:rsidP="00F16222">
            <w:pPr>
              <w:keepNext/>
            </w:pPr>
            <w:r w:rsidRPr="0033735B">
              <w:rPr>
                <w:i/>
              </w:rPr>
              <w:t>Bulevardul București nr. 10, tel. 0372464611, email cjgiurgiu@gmail.com</w:t>
            </w:r>
          </w:p>
          <w:p w14:paraId="4AA985BF" w14:textId="77777777" w:rsidR="00DC32BB" w:rsidRDefault="00DC32BB" w:rsidP="00F16222">
            <w:pPr>
              <w:keepNext/>
            </w:pPr>
          </w:p>
        </w:tc>
      </w:tr>
      <w:tr w:rsidR="00DC32BB" w14:paraId="736B51C4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2571E1B2" w14:textId="77777777" w:rsidR="00DC32BB" w:rsidRDefault="00DC32BB" w:rsidP="00F16222"/>
        </w:tc>
        <w:tc>
          <w:tcPr>
            <w:tcW w:w="4818" w:type="dxa"/>
            <w:gridSpan w:val="2"/>
            <w:shd w:val="clear" w:color="auto" w:fill="F0F0F0"/>
          </w:tcPr>
          <w:p w14:paraId="1CEC3EC9" w14:textId="77777777" w:rsidR="00DC32BB" w:rsidRDefault="00DC32BB" w:rsidP="00F16222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2E3165AF" w14:textId="77777777" w:rsidR="00DC32BB" w:rsidRDefault="00DC32BB" w:rsidP="00F1622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816BB0C" w14:textId="77777777" w:rsidR="00DC32BB" w:rsidRDefault="00DC32BB" w:rsidP="00F16222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5B129858" w14:textId="77777777" w:rsidR="00DC32BB" w:rsidRDefault="00DC32BB" w:rsidP="00F16222">
            <w:pPr>
              <w:keepNext/>
            </w:pPr>
          </w:p>
        </w:tc>
      </w:tr>
    </w:tbl>
    <w:p w14:paraId="49E141F7" w14:textId="77777777" w:rsidR="005A627B" w:rsidRPr="005A627B" w:rsidRDefault="005A627B" w:rsidP="005A627B">
      <w:pPr>
        <w:spacing w:after="40"/>
        <w:jc w:val="center"/>
        <w:rPr>
          <w:b/>
          <w:sz w:val="24"/>
          <w:szCs w:val="24"/>
        </w:rPr>
      </w:pPr>
    </w:p>
    <w:p w14:paraId="186D47FF" w14:textId="77777777" w:rsidR="007A6244" w:rsidRPr="007F2503" w:rsidRDefault="004122BF" w:rsidP="005A627B">
      <w:pPr>
        <w:spacing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4122BF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79F176BA" w14:textId="77777777" w:rsidR="0033735B" w:rsidRDefault="001C3783">
            <w:pPr>
              <w:keepNext/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 </w:t>
            </w:r>
          </w:p>
          <w:p w14:paraId="3E3EC3B6" w14:textId="3F64BD53" w:rsidR="007A6244" w:rsidRPr="0033735B" w:rsidRDefault="001C3783">
            <w:pPr>
              <w:keepNext/>
              <w:rPr>
                <w:lang w:val="fr-FR"/>
              </w:rPr>
            </w:pPr>
            <w:r w:rsidRPr="0033735B">
              <w:rPr>
                <w:b/>
                <w:lang w:val="fr-FR"/>
              </w:rPr>
              <w:t>PREȘEDINTELE CONSILIULUI JUDEȚEAN GIURGIU</w:t>
            </w:r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4122BF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06501B85" w:rsidR="007A6244" w:rsidRDefault="001C3783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4122BF">
              <w:rPr>
                <w:b/>
                <w:color w:val="0D5F78"/>
              </w:rPr>
              <w:t>Nume și prenume</w:t>
            </w:r>
          </w:p>
          <w:p w14:paraId="54162924" w14:textId="77777777" w:rsidR="007A6244" w:rsidRDefault="007A6244">
            <w:pPr>
              <w:keepNext/>
            </w:pPr>
          </w:p>
          <w:p w14:paraId="71352B55" w14:textId="77777777" w:rsidR="0033735B" w:rsidRDefault="0033735B">
            <w:pPr>
              <w:keepNext/>
            </w:pPr>
          </w:p>
          <w:p w14:paraId="19065994" w14:textId="77777777" w:rsidR="0033735B" w:rsidRDefault="0033735B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4122BF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4A3C6241" w:rsidR="007A6244" w:rsidRDefault="001C3783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4122BF"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4122BF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09924683" w:rsidR="007A6244" w:rsidRDefault="001C3783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4122BF"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4BA7BC79" w:rsidR="007A6244" w:rsidRDefault="001C3783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4122BF"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4122BF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CF6403A" w:rsidR="007A6244" w:rsidRDefault="001C3783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4122BF"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4122BF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0E0ADBD9" w:rsidR="007A6244" w:rsidRDefault="001C3783">
            <w:r>
              <w:rPr>
                <w:b/>
                <w:color w:val="0D5F78"/>
              </w:rPr>
              <w:t xml:space="preserve"> </w:t>
            </w:r>
            <w:r w:rsidR="004122BF"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4122BF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37BFE885" w14:textId="77777777" w:rsidR="005A627B" w:rsidRDefault="005A627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4122BF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51A0C12A" w:rsidR="007A6244" w:rsidRDefault="001C3783">
            <w:r>
              <w:rPr>
                <w:b/>
                <w:color w:val="0D5F78"/>
              </w:rPr>
              <w:t xml:space="preserve"> </w:t>
            </w:r>
            <w:r w:rsidR="004122BF"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4122BF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4122BF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4122BF" w:rsidP="009D5BC3">
      <w:pPr>
        <w:spacing w:before="80" w:after="60"/>
        <w:jc w:val="center"/>
        <w:rPr>
          <w:sz w:val="18"/>
        </w:rPr>
      </w:pPr>
      <w:r>
        <w:rPr>
          <w:sz w:val="18"/>
        </w:rPr>
        <w:t>în temeiul art. 309 – art. 310 din Legea nr. 169/2026 privind Codul amenajării teritoriului, urbanismului și construcțiilor,</w:t>
      </w:r>
    </w:p>
    <w:p w14:paraId="4857330C" w14:textId="0CFFB432" w:rsidR="009D5BC3" w:rsidRPr="007F2503" w:rsidRDefault="004122BF" w:rsidP="007F2503">
      <w:pPr>
        <w:keepNext/>
        <w:jc w:val="center"/>
        <w:rPr>
          <w:sz w:val="18"/>
          <w:szCs w:val="18"/>
          <w:lang w:val="fr-FR"/>
        </w:rPr>
      </w:pPr>
      <w:r w:rsidRPr="007F2503">
        <w:rPr>
          <w:sz w:val="18"/>
          <w:szCs w:val="18"/>
          <w:lang w:val="fr-FR"/>
        </w:rPr>
        <w:t>solicit:</w:t>
      </w:r>
    </w:p>
    <w:p w14:paraId="09133AEA" w14:textId="41C7D97B" w:rsidR="007F2503" w:rsidRPr="007D41C9" w:rsidRDefault="009D5BC3" w:rsidP="007F2503">
      <w:pPr>
        <w:keepNext/>
        <w:jc w:val="center"/>
        <w:rPr>
          <w:sz w:val="24"/>
          <w:szCs w:val="24"/>
          <w:lang w:val="fr-FR"/>
        </w:rPr>
      </w:pPr>
      <w:bookmarkStart w:id="0" w:name="_GoBack"/>
      <w:bookmarkEnd w:id="0"/>
      <w:r w:rsidRPr="007D41C9">
        <w:rPr>
          <w:sz w:val="24"/>
          <w:szCs w:val="24"/>
          <w:lang w:val="fr-FR"/>
        </w:rPr>
        <w:t>☐ prelungirea DURATEI DE EXECUȚIE, pentru cel mult 12 luni  /</w:t>
      </w:r>
    </w:p>
    <w:p w14:paraId="035B2E14" w14:textId="7DFB3710" w:rsidR="007A6244" w:rsidRPr="007D41C9" w:rsidRDefault="009317C9" w:rsidP="007F2503">
      <w:pPr>
        <w:keepNext/>
        <w:jc w:val="center"/>
        <w:rPr>
          <w:sz w:val="24"/>
          <w:szCs w:val="24"/>
          <w:lang w:val="fr-FR"/>
        </w:rPr>
      </w:pPr>
      <w:r w:rsidRPr="007D41C9">
        <w:rPr>
          <w:sz w:val="24"/>
          <w:szCs w:val="24"/>
          <w:lang w:val="fr-FR"/>
        </w:rPr>
        <w:t xml:space="preserve"> </w:t>
      </w:r>
      <w:r w:rsidR="009D5BC3" w:rsidRPr="007D41C9">
        <w:rPr>
          <w:sz w:val="24"/>
          <w:szCs w:val="24"/>
          <w:lang w:val="fr-FR"/>
        </w:rPr>
        <w:t>☐ prelungirea VALABILITĂȚII autorizației, pentru cel mult 12 luni</w:t>
      </w:r>
    </w:p>
    <w:p w14:paraId="3104DC76" w14:textId="77777777" w:rsidR="005A627B" w:rsidRPr="007F2503" w:rsidRDefault="005A627B" w:rsidP="007F2503">
      <w:pPr>
        <w:keepNext/>
        <w:jc w:val="center"/>
        <w:rPr>
          <w:sz w:val="20"/>
          <w:szCs w:val="20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4122BF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4122BF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Lucrările rămase de executat și motivarea</w:t>
            </w:r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C9971DF" w14:textId="77777777" w:rsidR="001C3783" w:rsidRDefault="001C3783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75B22783" w14:textId="77777777" w:rsidR="001C3783" w:rsidRDefault="001C3783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EA2D2F0" w14:textId="77777777" w:rsidR="001C3783" w:rsidRDefault="001C3783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57830EE3" w14:textId="77777777" w:rsidR="001C3783" w:rsidRDefault="001C3783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59DF022A" w14:textId="77777777" w:rsidR="001C3783" w:rsidRDefault="001C3783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5B62EE15" w14:textId="77777777" w:rsidR="001C3783" w:rsidRDefault="001C3783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7D5479E3" w14:textId="77777777" w:rsidR="001C3783" w:rsidRPr="009D5BC3" w:rsidRDefault="001C3783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228A5790" w14:textId="77777777" w:rsidR="005A627B" w:rsidRPr="009D5BC3" w:rsidRDefault="005A627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4122BF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4122BF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autorizația de construire (în original)     ☐ documentul privind achitarea taxei (copie)</w:t>
            </w:r>
          </w:p>
        </w:tc>
      </w:tr>
    </w:tbl>
    <w:p w14:paraId="304DE7BC" w14:textId="77777777" w:rsidR="005A627B" w:rsidRPr="009D5BC3" w:rsidRDefault="005A627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4122BF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1F1F3DFA" w:rsidR="007A6244" w:rsidRDefault="001C3783">
            <w:r>
              <w:rPr>
                <w:b/>
                <w:color w:val="0D5F78"/>
              </w:rPr>
              <w:t xml:space="preserve"> </w:t>
            </w:r>
            <w:r w:rsidR="004122BF"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4122BF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4122BF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E6D490" w14:textId="77777777" w:rsidR="008073F2" w:rsidRDefault="008073F2">
      <w:r>
        <w:separator/>
      </w:r>
    </w:p>
  </w:endnote>
  <w:endnote w:type="continuationSeparator" w:id="0">
    <w:p w14:paraId="0B5AB2F2" w14:textId="77777777" w:rsidR="008073F2" w:rsidRDefault="00807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7319F4" w14:textId="057D3FCA" w:rsidR="007A6244" w:rsidRDefault="005A627B">
    <w:pPr>
      <w:pStyle w:val="Footer"/>
      <w:tabs>
        <w:tab w:val="right" w:pos="9639"/>
      </w:tabs>
    </w:pPr>
    <w:r>
      <w:rPr>
        <w:color w:val="595959"/>
      </w:rPr>
      <w:t xml:space="preserve">F_A_02 </w:t>
    </w:r>
    <w:r w:rsidR="004122BF">
      <w:rPr>
        <w:color w:val="595959"/>
      </w:rPr>
      <w:tab/>
      <w:t xml:space="preserve">pagina </w:t>
    </w:r>
    <w:r w:rsidR="004122BF">
      <w:rPr>
        <w:color w:val="595959"/>
      </w:rPr>
      <w:fldChar w:fldCharType="begin"/>
    </w:r>
    <w:r w:rsidR="004122BF">
      <w:rPr>
        <w:color w:val="595959"/>
      </w:rPr>
      <w:instrText xml:space="preserve"> PAGE </w:instrText>
    </w:r>
    <w:r w:rsidR="004122BF">
      <w:rPr>
        <w:color w:val="595959"/>
      </w:rPr>
      <w:fldChar w:fldCharType="separate"/>
    </w:r>
    <w:r w:rsidR="007D41C9">
      <w:rPr>
        <w:noProof/>
        <w:color w:val="595959"/>
      </w:rPr>
      <w:t>1</w:t>
    </w:r>
    <w:r w:rsidR="004122BF">
      <w:rPr>
        <w:color w:val="595959"/>
      </w:rPr>
      <w:fldChar w:fldCharType="end"/>
    </w:r>
    <w:r w:rsidR="004122BF">
      <w:rPr>
        <w:color w:val="595959"/>
      </w:rPr>
      <w:t xml:space="preserve"> din </w:t>
    </w:r>
    <w:r w:rsidR="004122BF">
      <w:rPr>
        <w:color w:val="595959"/>
      </w:rPr>
      <w:fldChar w:fldCharType="begin"/>
    </w:r>
    <w:r w:rsidR="004122BF">
      <w:rPr>
        <w:color w:val="595959"/>
      </w:rPr>
      <w:instrText xml:space="preserve"> NUMPAGES </w:instrText>
    </w:r>
    <w:r w:rsidR="004122BF">
      <w:rPr>
        <w:color w:val="595959"/>
      </w:rPr>
      <w:fldChar w:fldCharType="separate"/>
    </w:r>
    <w:r w:rsidR="007D41C9">
      <w:rPr>
        <w:noProof/>
        <w:color w:val="595959"/>
      </w:rPr>
      <w:t>1</w:t>
    </w:r>
    <w:r w:rsidR="004122BF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9E30DE" w14:textId="77777777" w:rsidR="008073F2" w:rsidRDefault="008073F2">
      <w:r>
        <w:separator/>
      </w:r>
    </w:p>
  </w:footnote>
  <w:footnote w:type="continuationSeparator" w:id="0">
    <w:p w14:paraId="0070DDA8" w14:textId="77777777" w:rsidR="008073F2" w:rsidRDefault="00807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C3783"/>
    <w:rsid w:val="0029639D"/>
    <w:rsid w:val="00326F90"/>
    <w:rsid w:val="0033735B"/>
    <w:rsid w:val="003D1447"/>
    <w:rsid w:val="004122BF"/>
    <w:rsid w:val="005A627B"/>
    <w:rsid w:val="006C103E"/>
    <w:rsid w:val="007A6244"/>
    <w:rsid w:val="007D41C9"/>
    <w:rsid w:val="007F2503"/>
    <w:rsid w:val="008073F2"/>
    <w:rsid w:val="009317C9"/>
    <w:rsid w:val="009C5408"/>
    <w:rsid w:val="009D5BC3"/>
    <w:rsid w:val="00A67DF4"/>
    <w:rsid w:val="00AA1D8D"/>
    <w:rsid w:val="00B47730"/>
    <w:rsid w:val="00CB0664"/>
    <w:rsid w:val="00D21BCF"/>
    <w:rsid w:val="00DC32BB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B27A3D"/>
  <w14:defaultImageDpi w14:val="300"/>
  <w15:docId w15:val="{0A407AA5-699F-47F3-B922-26039724D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C3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998746-4142-4F20-B1E8-643CAAAFE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Ionescu</dc:creator>
  <cp:keywords/>
  <cp:lastModifiedBy>Bogdan Ionescu</cp:lastModifiedBy>
  <cp:revision>8</cp:revision>
  <dcterms:created xsi:type="dcterms:W3CDTF">2026-09-09T08:53:00Z</dcterms:created>
  <dcterms:modified xsi:type="dcterms:W3CDTF">2026-09-14T09:46:00Z</dcterms:modified>
  <cp:category/>
</cp:coreProperties>
</file>