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830E9" w14:paraId="117C8DBD" w14:textId="77777777" w:rsidTr="00F16222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605F165" w14:textId="77777777" w:rsidR="00D830E9" w:rsidRDefault="00D830E9" w:rsidP="00F16222">
            <w:pPr>
              <w:keepNext/>
              <w:jc w:val="center"/>
            </w:pPr>
            <w:r w:rsidRPr="004029A2">
              <w:rPr>
                <w:noProof/>
                <w:lang w:val="ro-RO" w:eastAsia="ro-RO"/>
              </w:rPr>
              <w:drawing>
                <wp:inline distT="0" distB="0" distL="0" distR="0" wp14:anchorId="1B209689" wp14:editId="4C3BB772">
                  <wp:extent cx="803082" cy="944109"/>
                  <wp:effectExtent l="0" t="0" r="0" b="8890"/>
                  <wp:docPr id="2" name="Picture 2" descr="\\192.168.0.13\Urbanism - Schimb (corina)\FORMULARE NOI\CERERI CU STEMĂ\STEMĂ GIURGIU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0.13\Urbanism - Schimb (corina)\FORMULARE NOI\CERERI CU STEMĂ\STEMĂ GIURGIU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327" cy="95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1D0A8CE8" w14:textId="47AFD23D" w:rsidR="00D830E9" w:rsidRDefault="00D830E9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8CC5242" w14:textId="0FCDFBA5" w:rsidR="00D830E9" w:rsidRDefault="00A1202B" w:rsidP="00F16222">
            <w:pPr>
              <w:keepNext/>
            </w:pPr>
            <w:r>
              <w:t>GIURGIU</w:t>
            </w:r>
          </w:p>
        </w:tc>
      </w:tr>
      <w:tr w:rsidR="00D830E9" w14:paraId="07E6BD8E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72564461" w14:textId="77777777" w:rsidR="00D830E9" w:rsidRDefault="00D830E9" w:rsidP="00F16222"/>
        </w:tc>
        <w:tc>
          <w:tcPr>
            <w:tcW w:w="8030" w:type="dxa"/>
            <w:gridSpan w:val="3"/>
            <w:shd w:val="clear" w:color="auto" w:fill="F0F0F0"/>
          </w:tcPr>
          <w:p w14:paraId="728A2A55" w14:textId="77777777" w:rsidR="00D830E9" w:rsidRDefault="00D830E9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3986EAB4" w14:textId="3F214CCC" w:rsidR="00D830E9" w:rsidRDefault="00A1202B" w:rsidP="00F16222">
            <w:pPr>
              <w:keepNext/>
            </w:pPr>
            <w:r>
              <w:t>CONSILIUL JUDEȚEAN GIURGIU</w:t>
            </w:r>
          </w:p>
        </w:tc>
      </w:tr>
      <w:tr w:rsidR="00D830E9" w14:paraId="24D36C8C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3A02B2F9" w14:textId="77777777" w:rsidR="00D830E9" w:rsidRDefault="00D830E9" w:rsidP="00F16222"/>
        </w:tc>
        <w:tc>
          <w:tcPr>
            <w:tcW w:w="2409" w:type="dxa"/>
            <w:shd w:val="clear" w:color="auto" w:fill="F0F0F0"/>
          </w:tcPr>
          <w:p w14:paraId="1498D1C0" w14:textId="77777777" w:rsidR="00D830E9" w:rsidRPr="00343BBA" w:rsidRDefault="00D830E9" w:rsidP="00F16222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343BBA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45B37DAE" w14:textId="7B8BF164" w:rsidR="00D830E9" w:rsidRPr="00343BBA" w:rsidRDefault="00A1202B" w:rsidP="00F16222">
            <w:pPr>
              <w:keepNext/>
              <w:rPr>
                <w:lang w:val="fr-FR"/>
              </w:rPr>
            </w:pPr>
            <w:r>
              <w:rPr>
                <w:lang w:val="fr-FR"/>
              </w:rPr>
              <w:t>4938042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1E94844" w14:textId="77777777" w:rsidR="00D830E9" w:rsidRDefault="00D830E9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BF92D34" w14:textId="77777777" w:rsidR="00A1202B" w:rsidRPr="0039689B" w:rsidRDefault="00A1202B" w:rsidP="00A1202B">
            <w:pPr>
              <w:keepNext/>
            </w:pPr>
            <w:proofErr w:type="spellStart"/>
            <w:r w:rsidRPr="0039689B">
              <w:rPr>
                <w:i/>
              </w:rPr>
              <w:t>Bulevardul</w:t>
            </w:r>
            <w:proofErr w:type="spellEnd"/>
            <w:r w:rsidRPr="0039689B">
              <w:rPr>
                <w:i/>
              </w:rPr>
              <w:t xml:space="preserve"> </w:t>
            </w:r>
            <w:proofErr w:type="spellStart"/>
            <w:r w:rsidRPr="0039689B">
              <w:rPr>
                <w:i/>
              </w:rPr>
              <w:t>București</w:t>
            </w:r>
            <w:proofErr w:type="spellEnd"/>
            <w:r w:rsidRPr="0039689B">
              <w:rPr>
                <w:i/>
              </w:rPr>
              <w:t xml:space="preserve"> </w:t>
            </w:r>
            <w:proofErr w:type="spellStart"/>
            <w:r w:rsidRPr="0039689B">
              <w:rPr>
                <w:i/>
              </w:rPr>
              <w:t>nr</w:t>
            </w:r>
            <w:proofErr w:type="spellEnd"/>
            <w:r w:rsidRPr="0039689B">
              <w:rPr>
                <w:i/>
              </w:rPr>
              <w:t>. 10, tel. 0372464611, email cjgiurgiu@gmail.com</w:t>
            </w:r>
          </w:p>
          <w:p w14:paraId="5CA79A33" w14:textId="77777777" w:rsidR="00D830E9" w:rsidRDefault="00D830E9" w:rsidP="00F16222">
            <w:pPr>
              <w:keepNext/>
            </w:pPr>
          </w:p>
        </w:tc>
      </w:tr>
      <w:tr w:rsidR="00D830E9" w14:paraId="5379199F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5DF7FE6A" w14:textId="77777777" w:rsidR="00D830E9" w:rsidRDefault="00D830E9" w:rsidP="00F16222"/>
        </w:tc>
        <w:tc>
          <w:tcPr>
            <w:tcW w:w="4818" w:type="dxa"/>
            <w:gridSpan w:val="2"/>
            <w:shd w:val="clear" w:color="auto" w:fill="F0F0F0"/>
          </w:tcPr>
          <w:p w14:paraId="0DE81442" w14:textId="77777777" w:rsidR="00D830E9" w:rsidRDefault="00D830E9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1B5DE319" w14:textId="77777777" w:rsidR="00D830E9" w:rsidRDefault="00D830E9" w:rsidP="00F1622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BDDF59E" w14:textId="77777777" w:rsidR="00D830E9" w:rsidRDefault="00D830E9" w:rsidP="00F16222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0D24AFCE" w14:textId="77777777" w:rsidR="00D830E9" w:rsidRDefault="00D830E9" w:rsidP="00F16222">
            <w:pPr>
              <w:keepNext/>
            </w:pPr>
          </w:p>
        </w:tc>
      </w:tr>
    </w:tbl>
    <w:p w14:paraId="109DC34E" w14:textId="77777777" w:rsidR="00A11ECC" w:rsidRPr="008A6DB9" w:rsidRDefault="00A11ECC">
      <w:pPr>
        <w:spacing w:line="168" w:lineRule="auto"/>
        <w:rPr>
          <w:sz w:val="24"/>
          <w:szCs w:val="24"/>
          <w:lang w:val="fr-FR"/>
        </w:rPr>
      </w:pPr>
    </w:p>
    <w:p w14:paraId="0F5A4CDF" w14:textId="77777777" w:rsidR="00A11ECC" w:rsidRPr="00182EDC" w:rsidRDefault="00D574E9" w:rsidP="008A6DB9">
      <w:pPr>
        <w:spacing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D574E9">
      <w:pPr>
        <w:spacing w:after="120"/>
        <w:jc w:val="center"/>
      </w:pPr>
      <w:proofErr w:type="gramStart"/>
      <w:r>
        <w:rPr>
          <w:sz w:val="19"/>
        </w:rPr>
        <w:t>privind</w:t>
      </w:r>
      <w:proofErr w:type="gramEnd"/>
      <w:r>
        <w:rPr>
          <w:sz w:val="19"/>
        </w:rPr>
        <w:t xml:space="preserve">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D574E9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1567B49F" w14:textId="77777777" w:rsidR="0039689B" w:rsidRDefault="0039689B">
            <w:pPr>
              <w:keepNext/>
              <w:rPr>
                <w:b/>
                <w:color w:val="0D5F78"/>
                <w:lang w:val="fr-FR"/>
              </w:rPr>
            </w:pPr>
          </w:p>
          <w:p w14:paraId="5641DACE" w14:textId="4650A56F" w:rsidR="00A11ECC" w:rsidRPr="00E6757A" w:rsidRDefault="008A6DB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 </w:t>
            </w:r>
            <w:r w:rsidR="00A1202B" w:rsidRPr="0039689B">
              <w:rPr>
                <w:b/>
                <w:lang w:val="fr-FR"/>
              </w:rPr>
              <w:t>PREȘEDINTELE CONSILIULUI JUDEȚEAN GIURGIU</w:t>
            </w:r>
            <w:r w:rsidR="00A1202B" w:rsidRPr="0039689B">
              <w:rPr>
                <w:lang w:val="fr-FR"/>
              </w:rPr>
              <w:t xml:space="preserve"> 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D574E9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54BBC6BC" w:rsidR="00A11ECC" w:rsidRDefault="008A6DB9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 w:rsidR="00D574E9">
              <w:rPr>
                <w:b/>
                <w:color w:val="0D5F78"/>
              </w:rPr>
              <w:t>Nume</w:t>
            </w:r>
            <w:proofErr w:type="spellEnd"/>
            <w:r w:rsidR="00D574E9">
              <w:rPr>
                <w:b/>
                <w:color w:val="0D5F78"/>
              </w:rPr>
              <w:t xml:space="preserve"> </w:t>
            </w:r>
            <w:proofErr w:type="spellStart"/>
            <w:r w:rsidR="00D574E9">
              <w:rPr>
                <w:b/>
                <w:color w:val="0D5F78"/>
              </w:rPr>
              <w:t>și</w:t>
            </w:r>
            <w:proofErr w:type="spellEnd"/>
            <w:r w:rsidR="00D574E9">
              <w:rPr>
                <w:b/>
                <w:color w:val="0D5F78"/>
              </w:rPr>
              <w:t xml:space="preserve"> </w:t>
            </w:r>
            <w:proofErr w:type="spellStart"/>
            <w:r w:rsidR="00D574E9">
              <w:rPr>
                <w:b/>
                <w:color w:val="0D5F78"/>
              </w:rPr>
              <w:t>prenume</w:t>
            </w:r>
            <w:proofErr w:type="spellEnd"/>
          </w:p>
          <w:p w14:paraId="6E2F211F" w14:textId="77777777" w:rsidR="00A11ECC" w:rsidRDefault="00A11ECC">
            <w:pPr>
              <w:keepNext/>
            </w:pPr>
          </w:p>
          <w:p w14:paraId="21169DE5" w14:textId="77777777" w:rsidR="0039689B" w:rsidRDefault="0039689B">
            <w:pPr>
              <w:keepNext/>
            </w:pPr>
          </w:p>
          <w:p w14:paraId="45C36B89" w14:textId="77777777" w:rsidR="0039689B" w:rsidRDefault="0039689B">
            <w:pPr>
              <w:keepNext/>
            </w:pPr>
            <w:bookmarkStart w:id="0" w:name="_GoBack"/>
            <w:bookmarkEnd w:id="0"/>
          </w:p>
        </w:tc>
        <w:tc>
          <w:tcPr>
            <w:tcW w:w="4015" w:type="dxa"/>
            <w:gridSpan w:val="3"/>
          </w:tcPr>
          <w:p w14:paraId="75015164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D574E9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64957524" w:rsidR="00A11ECC" w:rsidRDefault="008A6DB9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 w:rsidR="00D574E9">
              <w:rPr>
                <w:b/>
                <w:color w:val="0D5F78"/>
              </w:rPr>
              <w:t>Seria</w:t>
            </w:r>
            <w:proofErr w:type="spellEnd"/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D574E9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3C3F5465" w:rsidR="00A11ECC" w:rsidRDefault="008A6DB9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 w:rsidR="00D574E9">
              <w:rPr>
                <w:b/>
                <w:color w:val="0D5F78"/>
              </w:rPr>
              <w:t>Județul</w:t>
            </w:r>
            <w:proofErr w:type="spellEnd"/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6B8A85E3" w:rsidR="00A11ECC" w:rsidRDefault="008A6DB9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 w:rsidR="00D574E9">
              <w:rPr>
                <w:b/>
                <w:color w:val="0D5F78"/>
              </w:rPr>
              <w:t>Strada</w:t>
            </w:r>
            <w:proofErr w:type="spellEnd"/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D574E9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174C7754" w:rsidR="00A11ECC" w:rsidRDefault="008A6DB9">
            <w:r>
              <w:rPr>
                <w:b/>
                <w:color w:val="0D5F78"/>
              </w:rPr>
              <w:t xml:space="preserve"> </w:t>
            </w:r>
            <w:proofErr w:type="spellStart"/>
            <w:r w:rsidR="00D574E9">
              <w:rPr>
                <w:b/>
                <w:color w:val="0D5F78"/>
              </w:rPr>
              <w:t>Telefon</w:t>
            </w:r>
            <w:proofErr w:type="spellEnd"/>
            <w:r w:rsidR="00D574E9">
              <w:rPr>
                <w:b/>
                <w:color w:val="0D5F78"/>
              </w:rPr>
              <w:t xml:space="preserve">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D574E9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D574E9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10A4A4A1" w:rsidR="00A11ECC" w:rsidRDefault="008A6DB9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 w:rsidR="00D574E9">
              <w:rPr>
                <w:b/>
                <w:color w:val="0D5F78"/>
              </w:rPr>
              <w:t>Nr</w:t>
            </w:r>
            <w:proofErr w:type="spellEnd"/>
            <w:r w:rsidR="00D574E9">
              <w:rPr>
                <w:b/>
                <w:color w:val="0D5F78"/>
              </w:rPr>
              <w:t>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D574E9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1B6F1C7D" w:rsidR="00A11ECC" w:rsidRPr="00E6757A" w:rsidRDefault="008A6DB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="00D574E9"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="00D574E9"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="00D574E9"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="00D574E9"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="00D574E9"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="00D574E9"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="00D574E9"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="00D574E9"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="00D574E9"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="00D574E9"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="00D574E9"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="00D574E9"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="00D574E9"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="00D574E9"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="00D574E9"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EE7605A" w14:textId="77777777" w:rsidR="00A11ECC" w:rsidRDefault="00A11ECC">
            <w:pPr>
              <w:keepNext/>
              <w:rPr>
                <w:lang w:val="fr-FR"/>
              </w:rPr>
            </w:pPr>
          </w:p>
          <w:p w14:paraId="2D682C0C" w14:textId="77777777" w:rsidR="00A1202B" w:rsidRDefault="00A1202B">
            <w:pPr>
              <w:keepNext/>
              <w:rPr>
                <w:lang w:val="fr-FR"/>
              </w:rPr>
            </w:pPr>
          </w:p>
          <w:p w14:paraId="106E898D" w14:textId="77777777" w:rsidR="00A1202B" w:rsidRDefault="00A1202B">
            <w:pPr>
              <w:keepNext/>
              <w:rPr>
                <w:lang w:val="fr-FR"/>
              </w:rPr>
            </w:pPr>
          </w:p>
          <w:p w14:paraId="7B9F9ABE" w14:textId="77777777" w:rsidR="00A1202B" w:rsidRDefault="00A1202B">
            <w:pPr>
              <w:keepNext/>
              <w:rPr>
                <w:lang w:val="fr-FR"/>
              </w:rPr>
            </w:pPr>
          </w:p>
          <w:p w14:paraId="109F0125" w14:textId="77777777" w:rsidR="00A1202B" w:rsidRPr="00E6757A" w:rsidRDefault="00A1202B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4953715" w:rsidR="00A11ECC" w:rsidRDefault="008A6DB9">
            <w:r>
              <w:rPr>
                <w:b/>
                <w:color w:val="0D5F78"/>
              </w:rPr>
              <w:t xml:space="preserve"> </w:t>
            </w:r>
            <w:proofErr w:type="spellStart"/>
            <w:r w:rsidR="00D574E9">
              <w:rPr>
                <w:b/>
                <w:color w:val="0D5F78"/>
              </w:rPr>
              <w:t>în</w:t>
            </w:r>
            <w:proofErr w:type="spellEnd"/>
            <w:r w:rsidR="00D574E9">
              <w:rPr>
                <w:b/>
                <w:color w:val="0D5F78"/>
              </w:rPr>
              <w:t xml:space="preserve"> </w:t>
            </w:r>
            <w:proofErr w:type="spellStart"/>
            <w:r w:rsidR="00D574E9">
              <w:rPr>
                <w:b/>
                <w:color w:val="0D5F78"/>
              </w:rPr>
              <w:t>valoare</w:t>
            </w:r>
            <w:proofErr w:type="spellEnd"/>
            <w:r w:rsidR="00D574E9"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4ABA9FE7" w:rsidR="00A11ECC" w:rsidRDefault="008A6DB9">
            <w:r>
              <w:rPr>
                <w:b/>
                <w:color w:val="0D5F78"/>
              </w:rPr>
              <w:t xml:space="preserve"> </w:t>
            </w:r>
            <w:proofErr w:type="spellStart"/>
            <w:r w:rsidR="00D574E9">
              <w:rPr>
                <w:b/>
                <w:color w:val="0D5F78"/>
              </w:rPr>
              <w:t>Că</w:t>
            </w:r>
            <w:proofErr w:type="spellEnd"/>
            <w:r w:rsidR="00D574E9">
              <w:rPr>
                <w:b/>
                <w:color w:val="0D5F78"/>
              </w:rPr>
              <w:t xml:space="preserve">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D574E9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D574E9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D574E9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D574E9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D574E9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272ED553" w:rsidR="00A11ECC" w:rsidRDefault="008A6DB9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 w:rsidR="00D574E9">
              <w:rPr>
                <w:b/>
                <w:color w:val="0D5F78"/>
              </w:rPr>
              <w:t>Județ</w:t>
            </w:r>
            <w:proofErr w:type="spellEnd"/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53380544" w:rsidR="00A11ECC" w:rsidRDefault="008A6DB9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D574E9">
              <w:rPr>
                <w:b/>
                <w:color w:val="0D5F78"/>
              </w:rPr>
              <w:t xml:space="preserve">Cod </w:t>
            </w:r>
            <w:proofErr w:type="spellStart"/>
            <w:r w:rsidR="00D574E9">
              <w:rPr>
                <w:b/>
                <w:color w:val="0D5F78"/>
              </w:rPr>
              <w:t>poștal</w:t>
            </w:r>
            <w:proofErr w:type="spellEnd"/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19DD2097" w:rsidR="00A11ECC" w:rsidRPr="00E6757A" w:rsidRDefault="008A6DB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="00D574E9"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="00D574E9"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4927E085" w:rsidR="00A11ECC" w:rsidRPr="00E6757A" w:rsidRDefault="008A6DB9">
            <w:pPr>
              <w:keepNext/>
              <w:rPr>
                <w:lang w:val="fr-FR"/>
              </w:rPr>
            </w:pPr>
            <w:r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="00D574E9"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="00D574E9"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="00D574E9"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="00D574E9"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="00D574E9"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="00D574E9"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="00D574E9"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="00D574E9"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D574E9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D574E9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56DF21FE" w:rsidR="00A11ECC" w:rsidRDefault="008A6DB9">
            <w:r>
              <w:rPr>
                <w:b/>
                <w:color w:val="0D5F78"/>
              </w:rPr>
              <w:t xml:space="preserve"> </w:t>
            </w:r>
            <w:r w:rsidR="00D574E9"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D574E9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D574E9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6766A4BE" w14:textId="77777777" w:rsidR="00A11ECC" w:rsidRDefault="008A6DB9" w:rsidP="008A6DB9">
            <w:pPr>
              <w:spacing w:line="228" w:lineRule="auto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  <w:proofErr w:type="spellStart"/>
            <w:r w:rsidR="00D574E9" w:rsidRPr="00E6757A">
              <w:rPr>
                <w:lang w:val="fr-FR"/>
              </w:rPr>
              <w:t>Formularul</w:t>
            </w:r>
            <w:proofErr w:type="spellEnd"/>
            <w:r w:rsidR="00D574E9" w:rsidRPr="00E6757A">
              <w:rPr>
                <w:lang w:val="fr-FR"/>
              </w:rPr>
              <w:t xml:space="preserve"> se </w:t>
            </w:r>
            <w:proofErr w:type="spellStart"/>
            <w:r w:rsidR="00D574E9" w:rsidRPr="00E6757A">
              <w:rPr>
                <w:lang w:val="fr-FR"/>
              </w:rPr>
              <w:t>anexează</w:t>
            </w:r>
            <w:proofErr w:type="spellEnd"/>
            <w:r w:rsidR="00D574E9" w:rsidRPr="00E6757A">
              <w:rPr>
                <w:lang w:val="fr-FR"/>
              </w:rPr>
              <w:t xml:space="preserve"> la </w:t>
            </w:r>
            <w:proofErr w:type="spellStart"/>
            <w:r w:rsidR="00D574E9" w:rsidRPr="00E6757A">
              <w:rPr>
                <w:lang w:val="fr-FR"/>
              </w:rPr>
              <w:t>autorizația</w:t>
            </w:r>
            <w:proofErr w:type="spellEnd"/>
            <w:r w:rsidR="00D574E9" w:rsidRPr="00E6757A">
              <w:rPr>
                <w:lang w:val="fr-FR"/>
              </w:rPr>
              <w:t xml:space="preserve"> de construire / </w:t>
            </w:r>
            <w:proofErr w:type="spellStart"/>
            <w:r w:rsidR="00D574E9" w:rsidRPr="00E6757A">
              <w:rPr>
                <w:lang w:val="fr-FR"/>
              </w:rPr>
              <w:t>desființare</w:t>
            </w:r>
            <w:proofErr w:type="spellEnd"/>
            <w:r w:rsidR="00D574E9" w:rsidRPr="00E6757A">
              <w:rPr>
                <w:lang w:val="fr-FR"/>
              </w:rPr>
              <w:t xml:space="preserve"> </w:t>
            </w:r>
            <w:proofErr w:type="spellStart"/>
            <w:r w:rsidR="00D574E9" w:rsidRPr="00E6757A">
              <w:rPr>
                <w:lang w:val="fr-FR"/>
              </w:rPr>
              <w:t>în</w:t>
            </w:r>
            <w:proofErr w:type="spellEnd"/>
            <w:r w:rsidR="00D574E9" w:rsidRPr="00E6757A">
              <w:rPr>
                <w:lang w:val="fr-FR"/>
              </w:rPr>
              <w:t xml:space="preserve"> </w:t>
            </w:r>
            <w:proofErr w:type="spellStart"/>
            <w:r w:rsidR="00D574E9" w:rsidRPr="00E6757A">
              <w:rPr>
                <w:lang w:val="fr-FR"/>
              </w:rPr>
              <w:t>două</w:t>
            </w:r>
            <w:proofErr w:type="spellEnd"/>
            <w:r w:rsidR="00D574E9" w:rsidRPr="00E6757A">
              <w:rPr>
                <w:lang w:val="fr-FR"/>
              </w:rPr>
              <w:t xml:space="preserve"> </w:t>
            </w:r>
            <w:proofErr w:type="spellStart"/>
            <w:r w:rsidR="00D574E9" w:rsidRPr="00E6757A">
              <w:rPr>
                <w:lang w:val="fr-FR"/>
              </w:rPr>
              <w:t>exemplare</w:t>
            </w:r>
            <w:proofErr w:type="spellEnd"/>
            <w:r w:rsidR="00D574E9" w:rsidRPr="00E6757A">
              <w:rPr>
                <w:lang w:val="fr-FR"/>
              </w:rPr>
              <w:t xml:space="preserve">. </w:t>
            </w:r>
            <w:proofErr w:type="spellStart"/>
            <w:r w:rsidR="00D574E9" w:rsidRPr="00E6757A">
              <w:rPr>
                <w:lang w:val="fr-FR"/>
              </w:rPr>
              <w:t>Titularul</w:t>
            </w:r>
            <w:proofErr w:type="spellEnd"/>
            <w:r w:rsidR="00D574E9" w:rsidRPr="00E6757A">
              <w:rPr>
                <w:lang w:val="fr-FR"/>
              </w:rPr>
              <w:t xml:space="preserve"> </w:t>
            </w:r>
            <w:proofErr w:type="spellStart"/>
            <w:r w:rsidR="00D574E9" w:rsidRPr="00E6757A">
              <w:rPr>
                <w:lang w:val="fr-FR"/>
              </w:rPr>
              <w:t>autorizației</w:t>
            </w:r>
            <w:proofErr w:type="spellEnd"/>
            <w:r w:rsidR="00D574E9" w:rsidRPr="00E6757A">
              <w:rPr>
                <w:lang w:val="fr-FR"/>
              </w:rPr>
              <w:t xml:space="preserve"> este </w:t>
            </w:r>
            <w:proofErr w:type="spellStart"/>
            <w:r w:rsidR="00D574E9" w:rsidRPr="00E6757A">
              <w:rPr>
                <w:lang w:val="fr-FR"/>
              </w:rPr>
              <w:t>obligat</w:t>
            </w:r>
            <w:proofErr w:type="spellEnd"/>
            <w:r w:rsidR="00D574E9" w:rsidRPr="00E6757A">
              <w:rPr>
                <w:lang w:val="fr-FR"/>
              </w:rPr>
              <w:t xml:space="preserve"> </w:t>
            </w:r>
            <w:proofErr w:type="spellStart"/>
            <w:r w:rsidR="00D574E9" w:rsidRPr="00E6757A">
              <w:rPr>
                <w:lang w:val="fr-FR"/>
              </w:rPr>
              <w:t>să</w:t>
            </w:r>
            <w:proofErr w:type="spellEnd"/>
            <w:r w:rsidR="00D574E9" w:rsidRPr="00E6757A">
              <w:rPr>
                <w:lang w:val="fr-FR"/>
              </w:rPr>
              <w:t xml:space="preserve"> </w:t>
            </w:r>
            <w:proofErr w:type="spellStart"/>
            <w:r w:rsidR="00D574E9" w:rsidRPr="00E6757A">
              <w:rPr>
                <w:lang w:val="fr-FR"/>
              </w:rPr>
              <w:t>păstreze</w:t>
            </w:r>
            <w:proofErr w:type="spellEnd"/>
            <w:r w:rsidR="00D574E9" w:rsidRPr="00E6757A">
              <w:rPr>
                <w:lang w:val="fr-FR"/>
              </w:rPr>
              <w:t xml:space="preserve"> </w:t>
            </w:r>
            <w:proofErr w:type="spellStart"/>
            <w:r w:rsidR="00D574E9" w:rsidRPr="00E6757A">
              <w:rPr>
                <w:lang w:val="fr-FR"/>
              </w:rPr>
              <w:t>pe</w:t>
            </w:r>
            <w:proofErr w:type="spellEnd"/>
            <w:r w:rsidR="00D574E9" w:rsidRPr="00E6757A">
              <w:rPr>
                <w:lang w:val="fr-FR"/>
              </w:rPr>
              <w:t xml:space="preserve"> </w:t>
            </w:r>
            <w:proofErr w:type="spellStart"/>
            <w:r w:rsidR="00D574E9" w:rsidRPr="00E6757A">
              <w:rPr>
                <w:lang w:val="fr-FR"/>
              </w:rPr>
              <w:t>șantier</w:t>
            </w:r>
            <w:proofErr w:type="spellEnd"/>
            <w:r w:rsidR="00D574E9" w:rsidRPr="00E6757A">
              <w:rPr>
                <w:lang w:val="fr-FR"/>
              </w:rPr>
              <w:t xml:space="preserve"> un </w:t>
            </w:r>
            <w:proofErr w:type="spellStart"/>
            <w:r w:rsidR="00D574E9" w:rsidRPr="00E6757A">
              <w:rPr>
                <w:lang w:val="fr-FR"/>
              </w:rPr>
              <w:t>exemplar</w:t>
            </w:r>
            <w:proofErr w:type="spellEnd"/>
            <w:r w:rsidR="00D574E9" w:rsidRPr="00E6757A">
              <w:rPr>
                <w:lang w:val="fr-FR"/>
              </w:rPr>
              <w:t xml:space="preserve"> al </w:t>
            </w:r>
            <w:r>
              <w:rPr>
                <w:lang w:val="fr-FR"/>
              </w:rPr>
              <w:t xml:space="preserve"> </w:t>
            </w:r>
          </w:p>
          <w:p w14:paraId="5778FA35" w14:textId="73EC9A0F" w:rsidR="008A6DB9" w:rsidRPr="00E6757A" w:rsidRDefault="008A6DB9" w:rsidP="008A6DB9">
            <w:pPr>
              <w:spacing w:line="228" w:lineRule="auto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gramStart"/>
            <w:r w:rsidRPr="00E6757A">
              <w:rPr>
                <w:lang w:val="fr-FR"/>
              </w:rPr>
              <w:t xml:space="preserve">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proofErr w:type="gram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476496" w14:textId="77777777" w:rsidR="00F14A4F" w:rsidRDefault="00F14A4F">
      <w:r>
        <w:separator/>
      </w:r>
    </w:p>
  </w:endnote>
  <w:endnote w:type="continuationSeparator" w:id="0">
    <w:p w14:paraId="5D14D8E1" w14:textId="77777777" w:rsidR="00F14A4F" w:rsidRDefault="00F14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FAD8D" w14:textId="43EBA3D9" w:rsidR="00A11ECC" w:rsidRDefault="00D574E9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9689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9689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1D34E7" w14:textId="77777777" w:rsidR="00F14A4F" w:rsidRDefault="00F14A4F">
      <w:r>
        <w:separator/>
      </w:r>
    </w:p>
  </w:footnote>
  <w:footnote w:type="continuationSeparator" w:id="0">
    <w:p w14:paraId="3582E3D6" w14:textId="77777777" w:rsidR="00F14A4F" w:rsidRDefault="00F14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39689B"/>
    <w:rsid w:val="004300F8"/>
    <w:rsid w:val="006C103E"/>
    <w:rsid w:val="008A6DB9"/>
    <w:rsid w:val="00A11ECC"/>
    <w:rsid w:val="00A1202B"/>
    <w:rsid w:val="00AA1D8D"/>
    <w:rsid w:val="00B47730"/>
    <w:rsid w:val="00CB0664"/>
    <w:rsid w:val="00D574E9"/>
    <w:rsid w:val="00D830E9"/>
    <w:rsid w:val="00E61A6B"/>
    <w:rsid w:val="00E6757A"/>
    <w:rsid w:val="00F14A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Gril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A1202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20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Gril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A1202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20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482E8F-354F-4544-BB91-34EAF3C43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Ionescu</dc:creator>
  <cp:keywords/>
  <cp:lastModifiedBy>ThinkCentreM83</cp:lastModifiedBy>
  <cp:revision>6</cp:revision>
  <dcterms:created xsi:type="dcterms:W3CDTF">2026-09-09T09:32:00Z</dcterms:created>
  <dcterms:modified xsi:type="dcterms:W3CDTF">2026-09-11T08:43:00Z</dcterms:modified>
  <cp:category/>
</cp:coreProperties>
</file>