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8C5690" w14:paraId="53331F77" w14:textId="77777777" w:rsidTr="00F16222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9E255C5" w14:textId="77777777" w:rsidR="008C5690" w:rsidRDefault="008C5690" w:rsidP="00F16222">
            <w:pPr>
              <w:keepNext/>
              <w:jc w:val="center"/>
            </w:pPr>
            <w:r w:rsidRPr="004029A2">
              <w:rPr>
                <w:noProof/>
                <w:lang w:val="ro-RO" w:eastAsia="ro-RO"/>
              </w:rPr>
              <w:drawing>
                <wp:inline distT="0" distB="0" distL="0" distR="0" wp14:anchorId="20FEF416" wp14:editId="6FE6A796">
                  <wp:extent cx="803082" cy="944109"/>
                  <wp:effectExtent l="0" t="0" r="0" b="8890"/>
                  <wp:docPr id="2" name="Picture 2" descr="\\192.168.0.13\Urbanism - Schimb (corina)\FORMULARE NOI\CERERI CU STEMĂ\STEMĂ GIURGIU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192.168.0.13\Urbanism - Schimb (corina)\FORMULARE NOI\CERERI CU STEMĂ\STEMĂ GIURGIU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327" cy="952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5B0159CE" w14:textId="77777777" w:rsidR="008C5690" w:rsidRDefault="008C5690" w:rsidP="00F16222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DDF1B9C" w14:textId="2585A226" w:rsidR="008C5690" w:rsidRDefault="00A865F3" w:rsidP="00F16222">
            <w:pPr>
              <w:keepNext/>
            </w:pPr>
            <w:r>
              <w:t>GIURGIU</w:t>
            </w:r>
          </w:p>
        </w:tc>
      </w:tr>
      <w:tr w:rsidR="008C5690" w14:paraId="65CF0681" w14:textId="77777777" w:rsidTr="00F16222">
        <w:trPr>
          <w:cantSplit/>
          <w:trHeight w:val="510"/>
        </w:trPr>
        <w:tc>
          <w:tcPr>
            <w:tcW w:w="1606" w:type="dxa"/>
            <w:vMerge/>
          </w:tcPr>
          <w:p w14:paraId="6B4AF25E" w14:textId="77777777" w:rsidR="008C5690" w:rsidRDefault="008C5690" w:rsidP="00F16222"/>
        </w:tc>
        <w:tc>
          <w:tcPr>
            <w:tcW w:w="8030" w:type="dxa"/>
            <w:gridSpan w:val="3"/>
            <w:shd w:val="clear" w:color="auto" w:fill="F0F0F0"/>
          </w:tcPr>
          <w:p w14:paraId="3540EDB2" w14:textId="77777777" w:rsidR="008C5690" w:rsidRDefault="008C5690" w:rsidP="00F16222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16EB8EB9" w14:textId="12AA41FB" w:rsidR="008C5690" w:rsidRDefault="00A865F3" w:rsidP="00F16222">
            <w:pPr>
              <w:keepNext/>
            </w:pPr>
            <w:r>
              <w:t>CONSILIUL JUDEȚEAN GIURGIU</w:t>
            </w:r>
          </w:p>
        </w:tc>
      </w:tr>
      <w:tr w:rsidR="008C5690" w14:paraId="6BB0E9C8" w14:textId="77777777" w:rsidTr="00F16222">
        <w:trPr>
          <w:cantSplit/>
          <w:trHeight w:val="510"/>
        </w:trPr>
        <w:tc>
          <w:tcPr>
            <w:tcW w:w="1606" w:type="dxa"/>
            <w:vMerge/>
          </w:tcPr>
          <w:p w14:paraId="52395EA6" w14:textId="77777777" w:rsidR="008C5690" w:rsidRDefault="008C5690" w:rsidP="00F16222"/>
        </w:tc>
        <w:tc>
          <w:tcPr>
            <w:tcW w:w="2409" w:type="dxa"/>
            <w:shd w:val="clear" w:color="auto" w:fill="F0F0F0"/>
          </w:tcPr>
          <w:p w14:paraId="7DF0F3B2" w14:textId="77777777" w:rsidR="008C5690" w:rsidRPr="00343BBA" w:rsidRDefault="008C5690" w:rsidP="00F16222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343BBA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343BB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(CIF)</w:t>
            </w:r>
          </w:p>
          <w:p w14:paraId="1FC1FB5D" w14:textId="28B1FA2D" w:rsidR="008C5690" w:rsidRPr="00343BBA" w:rsidRDefault="00A865F3" w:rsidP="00F16222">
            <w:pPr>
              <w:keepNext/>
              <w:rPr>
                <w:lang w:val="fr-FR"/>
              </w:rPr>
            </w:pPr>
            <w:r>
              <w:rPr>
                <w:lang w:val="fr-FR"/>
              </w:rPr>
              <w:t>4938042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FD4D076" w14:textId="77777777" w:rsidR="008C5690" w:rsidRDefault="008C5690" w:rsidP="00F16222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186639C4" w14:textId="77777777" w:rsidR="00A865F3" w:rsidRPr="004462B8" w:rsidRDefault="00A865F3" w:rsidP="00A865F3">
            <w:pPr>
              <w:keepNext/>
            </w:pPr>
            <w:proofErr w:type="spellStart"/>
            <w:r w:rsidRPr="004462B8">
              <w:rPr>
                <w:i/>
              </w:rPr>
              <w:t>Bulevardul</w:t>
            </w:r>
            <w:proofErr w:type="spellEnd"/>
            <w:r w:rsidRPr="004462B8">
              <w:rPr>
                <w:i/>
              </w:rPr>
              <w:t xml:space="preserve"> </w:t>
            </w:r>
            <w:proofErr w:type="spellStart"/>
            <w:r w:rsidRPr="004462B8">
              <w:rPr>
                <w:i/>
              </w:rPr>
              <w:t>București</w:t>
            </w:r>
            <w:proofErr w:type="spellEnd"/>
            <w:r w:rsidRPr="004462B8">
              <w:rPr>
                <w:i/>
              </w:rPr>
              <w:t xml:space="preserve"> </w:t>
            </w:r>
            <w:proofErr w:type="spellStart"/>
            <w:r w:rsidRPr="004462B8">
              <w:rPr>
                <w:i/>
              </w:rPr>
              <w:t>nr</w:t>
            </w:r>
            <w:proofErr w:type="spellEnd"/>
            <w:r w:rsidRPr="004462B8">
              <w:rPr>
                <w:i/>
              </w:rPr>
              <w:t>. 10, tel. 0372464611, email cjgiurgiu@gmail.com</w:t>
            </w:r>
          </w:p>
          <w:p w14:paraId="1B8C2D41" w14:textId="77777777" w:rsidR="008C5690" w:rsidRDefault="008C5690" w:rsidP="00F16222">
            <w:pPr>
              <w:keepNext/>
            </w:pPr>
          </w:p>
        </w:tc>
      </w:tr>
      <w:tr w:rsidR="008C5690" w14:paraId="0F731D67" w14:textId="77777777" w:rsidTr="00F16222">
        <w:trPr>
          <w:cantSplit/>
          <w:trHeight w:val="510"/>
        </w:trPr>
        <w:tc>
          <w:tcPr>
            <w:tcW w:w="1606" w:type="dxa"/>
            <w:vMerge/>
          </w:tcPr>
          <w:p w14:paraId="7D058F52" w14:textId="77777777" w:rsidR="008C5690" w:rsidRDefault="008C5690" w:rsidP="00F16222"/>
        </w:tc>
        <w:tc>
          <w:tcPr>
            <w:tcW w:w="4818" w:type="dxa"/>
            <w:gridSpan w:val="2"/>
            <w:shd w:val="clear" w:color="auto" w:fill="F0F0F0"/>
          </w:tcPr>
          <w:p w14:paraId="59582BC2" w14:textId="77777777" w:rsidR="008C5690" w:rsidRDefault="008C5690" w:rsidP="00F16222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6938BC4" w14:textId="77777777" w:rsidR="008C5690" w:rsidRDefault="008C5690" w:rsidP="00F16222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0565B353" w14:textId="77777777" w:rsidR="008C5690" w:rsidRDefault="008C5690" w:rsidP="00F16222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99D37D1" w14:textId="77777777" w:rsidR="008C5690" w:rsidRDefault="008C5690" w:rsidP="00F16222">
            <w:pPr>
              <w:keepNext/>
            </w:pPr>
          </w:p>
        </w:tc>
      </w:tr>
    </w:tbl>
    <w:p w14:paraId="279C7F73" w14:textId="77777777" w:rsidR="009735F6" w:rsidRPr="009735F6" w:rsidRDefault="009735F6" w:rsidP="009735F6">
      <w:pPr>
        <w:spacing w:after="40"/>
        <w:rPr>
          <w:b/>
          <w:sz w:val="24"/>
          <w:szCs w:val="24"/>
        </w:rPr>
      </w:pPr>
    </w:p>
    <w:p w14:paraId="58FEB982" w14:textId="77777777" w:rsidR="00AD35FD" w:rsidRPr="005E6036" w:rsidRDefault="008C5690" w:rsidP="009735F6">
      <w:pPr>
        <w:spacing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ÎNȘTIINȚARE</w:t>
      </w:r>
    </w:p>
    <w:p w14:paraId="3F1F960E" w14:textId="77777777" w:rsidR="00AD35FD" w:rsidRDefault="008C5690">
      <w:pPr>
        <w:spacing w:after="120"/>
        <w:jc w:val="center"/>
      </w:pPr>
      <w:proofErr w:type="gramStart"/>
      <w:r>
        <w:rPr>
          <w:sz w:val="19"/>
        </w:rPr>
        <w:t>privind</w:t>
      </w:r>
      <w:proofErr w:type="gramEnd"/>
      <w:r>
        <w:rPr>
          <w:sz w:val="19"/>
        </w:rPr>
        <w:t xml:space="preserve"> încheierea execuției lucrărilor</w:t>
      </w:r>
    </w:p>
    <w:p w14:paraId="39CC6B28" w14:textId="77777777" w:rsidR="00AD35FD" w:rsidRDefault="00AD35FD">
      <w:pPr>
        <w:spacing w:after="60" w:line="168" w:lineRule="auto"/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D35FD" w14:paraId="5D5D5660" w14:textId="77777777">
        <w:trPr>
          <w:cantSplit/>
        </w:trPr>
        <w:tc>
          <w:tcPr>
            <w:tcW w:w="9636" w:type="dxa"/>
            <w:shd w:val="clear" w:color="auto" w:fill="F4F4F4"/>
          </w:tcPr>
          <w:p w14:paraId="7237AFBA" w14:textId="77777777" w:rsidR="00AD35FD" w:rsidRDefault="008C569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D35FD" w:rsidRPr="007050CD" w14:paraId="6E6DD37F" w14:textId="77777777">
        <w:trPr>
          <w:cantSplit/>
          <w:trHeight w:val="510"/>
        </w:trPr>
        <w:tc>
          <w:tcPr>
            <w:tcW w:w="9636" w:type="dxa"/>
          </w:tcPr>
          <w:p w14:paraId="0AD35CB7" w14:textId="77777777" w:rsidR="004462B8" w:rsidRDefault="004462B8" w:rsidP="007050CD">
            <w:pPr>
              <w:keepNext/>
              <w:rPr>
                <w:b/>
                <w:color w:val="0D5F78"/>
                <w:lang w:val="fr-FR"/>
              </w:rPr>
            </w:pPr>
          </w:p>
          <w:p w14:paraId="29E26C9F" w14:textId="7E80BF41" w:rsidR="00AD35FD" w:rsidRPr="007050CD" w:rsidRDefault="00A865F3" w:rsidP="007050CD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 xml:space="preserve"> </w:t>
            </w:r>
            <w:r w:rsidRPr="004462B8">
              <w:rPr>
                <w:b/>
                <w:lang w:val="fr-FR"/>
              </w:rPr>
              <w:t>PREȘEDINTELE CONSILIULUI JUDEȚEAN GIURGIU</w:t>
            </w:r>
          </w:p>
        </w:tc>
      </w:tr>
    </w:tbl>
    <w:p w14:paraId="51D38FA9" w14:textId="77777777" w:rsidR="00AD35FD" w:rsidRPr="005E6036" w:rsidRDefault="00AD35FD">
      <w:pPr>
        <w:spacing w:line="168" w:lineRule="auto"/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D35FD" w14:paraId="46CB876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3B3776" w14:textId="77777777" w:rsidR="00AD35FD" w:rsidRDefault="008C5690">
            <w:pPr>
              <w:keepNext/>
            </w:pPr>
            <w:r w:rsidRPr="005E6036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D35FD" w14:paraId="32169DFD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09156218" w14:textId="2C922ACD" w:rsidR="00AD35FD" w:rsidRDefault="00A865F3">
            <w:pPr>
              <w:keepNext/>
            </w:pPr>
            <w:r>
              <w:rPr>
                <w:b/>
                <w:color w:val="0D5F78"/>
              </w:rPr>
              <w:t xml:space="preserve"> </w:t>
            </w:r>
            <w:proofErr w:type="spellStart"/>
            <w:r w:rsidR="008C5690">
              <w:rPr>
                <w:b/>
                <w:color w:val="0D5F78"/>
              </w:rPr>
              <w:t>Nume</w:t>
            </w:r>
            <w:proofErr w:type="spellEnd"/>
            <w:r w:rsidR="008C5690">
              <w:rPr>
                <w:b/>
                <w:color w:val="0D5F78"/>
              </w:rPr>
              <w:t xml:space="preserve"> </w:t>
            </w:r>
            <w:proofErr w:type="spellStart"/>
            <w:r w:rsidR="008C5690">
              <w:rPr>
                <w:b/>
                <w:color w:val="0D5F78"/>
              </w:rPr>
              <w:t>și</w:t>
            </w:r>
            <w:proofErr w:type="spellEnd"/>
            <w:r w:rsidR="008C5690">
              <w:rPr>
                <w:b/>
                <w:color w:val="0D5F78"/>
              </w:rPr>
              <w:t xml:space="preserve"> </w:t>
            </w:r>
            <w:proofErr w:type="spellStart"/>
            <w:r w:rsidR="008C5690">
              <w:rPr>
                <w:b/>
                <w:color w:val="0D5F78"/>
              </w:rPr>
              <w:t>prenume</w:t>
            </w:r>
            <w:proofErr w:type="spellEnd"/>
          </w:p>
          <w:p w14:paraId="699890F9" w14:textId="77777777" w:rsidR="00AD35FD" w:rsidRDefault="00AD35FD">
            <w:pPr>
              <w:keepNext/>
            </w:pPr>
          </w:p>
          <w:p w14:paraId="1CFE9F03" w14:textId="77777777" w:rsidR="004462B8" w:rsidRDefault="004462B8">
            <w:pPr>
              <w:keepNext/>
            </w:pPr>
          </w:p>
          <w:p w14:paraId="1460DBA2" w14:textId="77777777" w:rsidR="004462B8" w:rsidRDefault="004462B8">
            <w:pPr>
              <w:keepNext/>
            </w:pPr>
            <w:bookmarkStart w:id="0" w:name="_GoBack"/>
            <w:bookmarkEnd w:id="0"/>
          </w:p>
        </w:tc>
        <w:tc>
          <w:tcPr>
            <w:tcW w:w="4015" w:type="dxa"/>
            <w:gridSpan w:val="3"/>
          </w:tcPr>
          <w:p w14:paraId="62D69012" w14:textId="77777777" w:rsidR="00AD35FD" w:rsidRDefault="008C569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5C61E18C" w14:textId="77777777" w:rsidR="00AD35FD" w:rsidRDefault="00AD35FD">
            <w:pPr>
              <w:keepNext/>
            </w:pPr>
          </w:p>
        </w:tc>
      </w:tr>
      <w:tr w:rsidR="00AD35FD" w14:paraId="2BC6EF7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8B7BC7E" w14:textId="77777777" w:rsidR="00AD35FD" w:rsidRDefault="008C569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D35FD" w14:paraId="1EDA1342" w14:textId="77777777">
        <w:trPr>
          <w:cantSplit/>
          <w:trHeight w:val="510"/>
        </w:trPr>
        <w:tc>
          <w:tcPr>
            <w:tcW w:w="1606" w:type="dxa"/>
          </w:tcPr>
          <w:p w14:paraId="09DE4D5B" w14:textId="2C361714" w:rsidR="00AD35FD" w:rsidRDefault="00A865F3">
            <w:pPr>
              <w:keepNext/>
            </w:pPr>
            <w:r>
              <w:rPr>
                <w:b/>
                <w:color w:val="0D5F78"/>
              </w:rPr>
              <w:t xml:space="preserve"> </w:t>
            </w:r>
            <w:proofErr w:type="spellStart"/>
            <w:r w:rsidR="008C5690">
              <w:rPr>
                <w:b/>
                <w:color w:val="0D5F78"/>
              </w:rPr>
              <w:t>Seria</w:t>
            </w:r>
            <w:proofErr w:type="spellEnd"/>
          </w:p>
          <w:p w14:paraId="304A3F5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2B6D2861" w14:textId="77777777" w:rsidR="00AD35FD" w:rsidRDefault="008C569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5B2CC0F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5"/>
          </w:tcPr>
          <w:p w14:paraId="074B257B" w14:textId="77777777" w:rsidR="00AD35FD" w:rsidRDefault="008C569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68E9A4D7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6665BF0B" w14:textId="77777777" w:rsidR="00AD35FD" w:rsidRDefault="008C569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85EFB42" w14:textId="77777777" w:rsidR="00AD35FD" w:rsidRDefault="00AD35FD">
            <w:pPr>
              <w:keepNext/>
            </w:pPr>
          </w:p>
        </w:tc>
      </w:tr>
      <w:tr w:rsidR="00AD35FD" w14:paraId="32CEFBE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F217D41" w14:textId="77777777" w:rsidR="00AD35FD" w:rsidRDefault="008C569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D35FD" w14:paraId="5155AE8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9A1DBB3" w14:textId="3220147C" w:rsidR="00AD35FD" w:rsidRDefault="00A865F3">
            <w:pPr>
              <w:keepNext/>
            </w:pPr>
            <w:r>
              <w:rPr>
                <w:b/>
                <w:color w:val="0D5F78"/>
              </w:rPr>
              <w:t xml:space="preserve"> </w:t>
            </w:r>
            <w:proofErr w:type="spellStart"/>
            <w:r w:rsidR="008C5690">
              <w:rPr>
                <w:b/>
                <w:color w:val="0D5F78"/>
              </w:rPr>
              <w:t>Județul</w:t>
            </w:r>
            <w:proofErr w:type="spellEnd"/>
          </w:p>
          <w:p w14:paraId="6176509F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4"/>
          </w:tcPr>
          <w:p w14:paraId="12FFC180" w14:textId="77777777" w:rsidR="00AD35FD" w:rsidRDefault="008C569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8AF07E4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DCE9F1A" w14:textId="77777777" w:rsidR="00AD35FD" w:rsidRDefault="008C569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ABA8A3A" w14:textId="77777777" w:rsidR="00AD35FD" w:rsidRDefault="00AD35FD">
            <w:pPr>
              <w:keepNext/>
            </w:pPr>
          </w:p>
        </w:tc>
      </w:tr>
      <w:tr w:rsidR="00AD35FD" w14:paraId="40628C1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167578" w14:textId="13BEB80F" w:rsidR="00AD35FD" w:rsidRDefault="00A865F3">
            <w:pPr>
              <w:keepNext/>
            </w:pPr>
            <w:r>
              <w:rPr>
                <w:b/>
                <w:color w:val="0D5F78"/>
              </w:rPr>
              <w:t xml:space="preserve"> </w:t>
            </w:r>
            <w:proofErr w:type="spellStart"/>
            <w:r w:rsidR="008C5690">
              <w:rPr>
                <w:b/>
                <w:color w:val="0D5F78"/>
              </w:rPr>
              <w:t>Strada</w:t>
            </w:r>
            <w:proofErr w:type="spellEnd"/>
          </w:p>
          <w:p w14:paraId="7BA56E68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1489889D" w14:textId="77777777" w:rsidR="00AD35FD" w:rsidRDefault="008C569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B4ABA2F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7CD5A464" w14:textId="77777777" w:rsidR="00AD35FD" w:rsidRDefault="008C569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109255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35CA800D" w14:textId="77777777" w:rsidR="00AD35FD" w:rsidRDefault="008C569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49F3CE7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5BF03D03" w14:textId="77777777" w:rsidR="00AD35FD" w:rsidRDefault="008C569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A6186C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7A7CC008" w14:textId="77777777" w:rsidR="00AD35FD" w:rsidRDefault="008C569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EDFEC25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0F72F706" w14:textId="77777777" w:rsidR="00AD35FD" w:rsidRDefault="008C569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487B61C5" w14:textId="77777777" w:rsidR="00AD35FD" w:rsidRDefault="00AD35FD">
            <w:pPr>
              <w:keepNext/>
            </w:pPr>
          </w:p>
        </w:tc>
      </w:tr>
      <w:tr w:rsidR="00AD35FD" w14:paraId="025BF65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FA46FA6" w14:textId="77777777" w:rsidR="00AD35FD" w:rsidRDefault="008C569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D35FD" w14:paraId="3F62D54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D073D6E" w14:textId="77777777" w:rsidR="00AD35FD" w:rsidRDefault="008C569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39CC712B" w14:textId="77777777" w:rsidR="00AD35FD" w:rsidRDefault="00AD35FD"/>
        </w:tc>
        <w:tc>
          <w:tcPr>
            <w:tcW w:w="5621" w:type="dxa"/>
            <w:gridSpan w:val="5"/>
          </w:tcPr>
          <w:p w14:paraId="731E3EAF" w14:textId="77777777" w:rsidR="00AD35FD" w:rsidRDefault="008C5690">
            <w:r>
              <w:rPr>
                <w:b/>
                <w:color w:val="0D5F78"/>
              </w:rPr>
              <w:t>E-mail</w:t>
            </w:r>
          </w:p>
          <w:p w14:paraId="6A57A506" w14:textId="77777777" w:rsidR="00AD35FD" w:rsidRDefault="00AD35FD"/>
        </w:tc>
      </w:tr>
    </w:tbl>
    <w:p w14:paraId="4D9D1FE5" w14:textId="77777777" w:rsidR="00AD35FD" w:rsidRDefault="00AD35FD">
      <w:pPr>
        <w:spacing w:line="168" w:lineRule="auto"/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D35FD" w:rsidRPr="005E6036" w14:paraId="0CCD3AD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FDD6DE2" w14:textId="77777777" w:rsidR="00AD35FD" w:rsidRPr="007050CD" w:rsidRDefault="008C5690">
            <w:pPr>
              <w:keepNext/>
              <w:rPr>
                <w:lang w:val="fr-FR"/>
              </w:rPr>
            </w:pPr>
            <w:r w:rsidRPr="007050CD">
              <w:rPr>
                <w:b/>
                <w:sz w:val="16"/>
                <w:lang w:val="fr-FR"/>
              </w:rPr>
              <w:t xml:space="preserve"> 3. </w:t>
            </w:r>
            <w:r w:rsidRPr="007050CD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D35FD" w14:paraId="587E3C10" w14:textId="77777777">
        <w:trPr>
          <w:cantSplit/>
          <w:trHeight w:val="510"/>
        </w:trPr>
        <w:tc>
          <w:tcPr>
            <w:tcW w:w="1606" w:type="dxa"/>
          </w:tcPr>
          <w:p w14:paraId="38570560" w14:textId="16A7D737" w:rsidR="00AD35FD" w:rsidRDefault="00A865F3">
            <w:pPr>
              <w:keepNext/>
            </w:pPr>
            <w:r>
              <w:rPr>
                <w:b/>
                <w:color w:val="0D5F78"/>
              </w:rPr>
              <w:t xml:space="preserve"> </w:t>
            </w:r>
            <w:proofErr w:type="spellStart"/>
            <w:r w:rsidR="008C5690">
              <w:rPr>
                <w:b/>
                <w:color w:val="0D5F78"/>
              </w:rPr>
              <w:t>Nr</w:t>
            </w:r>
            <w:proofErr w:type="spellEnd"/>
            <w:r w:rsidR="008C5690">
              <w:rPr>
                <w:b/>
                <w:color w:val="0D5F78"/>
              </w:rPr>
              <w:t>.</w:t>
            </w:r>
          </w:p>
          <w:p w14:paraId="7D760159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331EAC7E" w14:textId="77777777" w:rsidR="00AD35FD" w:rsidRDefault="008C569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ACC2CAC" w14:textId="77777777" w:rsidR="00AD35FD" w:rsidRDefault="00AD35FD">
            <w:pPr>
              <w:keepNext/>
            </w:pPr>
          </w:p>
        </w:tc>
        <w:tc>
          <w:tcPr>
            <w:tcW w:w="5621" w:type="dxa"/>
          </w:tcPr>
          <w:p w14:paraId="45DAA697" w14:textId="77777777" w:rsidR="00AD35FD" w:rsidRDefault="008C5690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7035BC1B" w14:textId="77777777" w:rsidR="00AD35FD" w:rsidRDefault="00AD35FD">
            <w:pPr>
              <w:keepNext/>
            </w:pPr>
          </w:p>
        </w:tc>
      </w:tr>
      <w:tr w:rsidR="00AD35FD" w14:paraId="24AC54C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DD30D26" w14:textId="77777777" w:rsidR="00AD35FD" w:rsidRDefault="008C5690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D35FD" w:rsidRPr="005E6036" w14:paraId="14CEAA34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023C43F6" w14:textId="3FF8228F" w:rsidR="00AD35FD" w:rsidRPr="007050CD" w:rsidRDefault="00A865F3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="008C5690" w:rsidRPr="007050CD">
              <w:rPr>
                <w:b/>
                <w:color w:val="0D5F78"/>
                <w:lang w:val="fr-FR"/>
              </w:rPr>
              <w:t>Denumirea</w:t>
            </w:r>
            <w:proofErr w:type="spellEnd"/>
            <w:r w:rsidR="008C5690"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="008C5690" w:rsidRPr="007050CD">
              <w:rPr>
                <w:b/>
                <w:color w:val="0D5F78"/>
                <w:lang w:val="fr-FR"/>
              </w:rPr>
              <w:t>lucrării</w:t>
            </w:r>
            <w:proofErr w:type="spellEnd"/>
            <w:r w:rsidR="008C5690" w:rsidRPr="007050CD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="008C5690" w:rsidRPr="007050CD">
              <w:rPr>
                <w:b/>
                <w:color w:val="0D5F78"/>
                <w:lang w:val="fr-FR"/>
              </w:rPr>
              <w:t>capacitatea</w:t>
            </w:r>
            <w:proofErr w:type="spellEnd"/>
            <w:r w:rsidR="008C5690"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="008C5690" w:rsidRPr="007050CD">
              <w:rPr>
                <w:b/>
                <w:color w:val="0D5F78"/>
                <w:lang w:val="fr-FR"/>
              </w:rPr>
              <w:t>și</w:t>
            </w:r>
            <w:proofErr w:type="spellEnd"/>
            <w:r w:rsidR="008C5690"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="008C5690" w:rsidRPr="007050CD">
              <w:rPr>
                <w:b/>
                <w:color w:val="0D5F78"/>
                <w:lang w:val="fr-FR"/>
              </w:rPr>
              <w:t>categoria</w:t>
            </w:r>
            <w:proofErr w:type="spellEnd"/>
            <w:r w:rsidR="008C5690"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="008C5690" w:rsidRPr="007050CD">
              <w:rPr>
                <w:b/>
                <w:color w:val="0D5F78"/>
                <w:lang w:val="fr-FR"/>
              </w:rPr>
              <w:t>lucrări</w:t>
            </w:r>
            <w:proofErr w:type="spellEnd"/>
            <w:r w:rsidR="008C5690"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="008C5690" w:rsidRPr="007050CD">
              <w:rPr>
                <w:b/>
                <w:color w:val="0D5F78"/>
                <w:lang w:val="fr-FR"/>
              </w:rPr>
              <w:t>din</w:t>
            </w:r>
            <w:proofErr w:type="spellEnd"/>
            <w:r w:rsidR="008C5690"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="008C5690" w:rsidRPr="007050CD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5837BB7B" w14:textId="77777777" w:rsidR="00AD35FD" w:rsidRDefault="00AD35FD">
            <w:pPr>
              <w:keepNext/>
              <w:rPr>
                <w:lang w:val="fr-FR"/>
              </w:rPr>
            </w:pPr>
          </w:p>
          <w:p w14:paraId="6D204DB3" w14:textId="77777777" w:rsidR="00A865F3" w:rsidRDefault="00A865F3">
            <w:pPr>
              <w:keepNext/>
              <w:rPr>
                <w:lang w:val="fr-FR"/>
              </w:rPr>
            </w:pPr>
          </w:p>
          <w:p w14:paraId="0B51BB13" w14:textId="77777777" w:rsidR="00A865F3" w:rsidRDefault="00A865F3">
            <w:pPr>
              <w:keepNext/>
              <w:rPr>
                <w:lang w:val="fr-FR"/>
              </w:rPr>
            </w:pPr>
          </w:p>
          <w:p w14:paraId="598282DF" w14:textId="77777777" w:rsidR="00A865F3" w:rsidRDefault="00A865F3">
            <w:pPr>
              <w:keepNext/>
              <w:rPr>
                <w:lang w:val="fr-FR"/>
              </w:rPr>
            </w:pPr>
          </w:p>
          <w:p w14:paraId="5D07F1A8" w14:textId="77777777" w:rsidR="00A865F3" w:rsidRPr="007050CD" w:rsidRDefault="00A865F3">
            <w:pPr>
              <w:keepNext/>
              <w:rPr>
                <w:lang w:val="fr-FR"/>
              </w:rPr>
            </w:pPr>
          </w:p>
        </w:tc>
      </w:tr>
      <w:tr w:rsidR="00AD35FD" w14:paraId="0BCFAFD1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7645425" w14:textId="2D52B007" w:rsidR="00AD35FD" w:rsidRDefault="00A865F3">
            <w:r>
              <w:rPr>
                <w:b/>
                <w:color w:val="0D5F78"/>
              </w:rPr>
              <w:t xml:space="preserve"> </w:t>
            </w:r>
            <w:proofErr w:type="spellStart"/>
            <w:r w:rsidR="008C5690">
              <w:rPr>
                <w:b/>
                <w:color w:val="0D5F78"/>
              </w:rPr>
              <w:t>în</w:t>
            </w:r>
            <w:proofErr w:type="spellEnd"/>
            <w:r w:rsidR="008C5690">
              <w:rPr>
                <w:b/>
                <w:color w:val="0D5F78"/>
              </w:rPr>
              <w:t xml:space="preserve"> </w:t>
            </w:r>
            <w:proofErr w:type="spellStart"/>
            <w:r w:rsidR="008C5690">
              <w:rPr>
                <w:b/>
                <w:color w:val="0D5F78"/>
              </w:rPr>
              <w:t>valoare</w:t>
            </w:r>
            <w:proofErr w:type="spellEnd"/>
            <w:r w:rsidR="008C5690">
              <w:rPr>
                <w:b/>
                <w:color w:val="0D5F78"/>
              </w:rPr>
              <w:t xml:space="preserve"> de (lei)</w:t>
            </w:r>
          </w:p>
          <w:p w14:paraId="3EFD05AE" w14:textId="77777777" w:rsidR="00AD35FD" w:rsidRDefault="00AD35FD"/>
        </w:tc>
      </w:tr>
    </w:tbl>
    <w:p w14:paraId="7EB81D26" w14:textId="4ACE0C5A" w:rsidR="008C5690" w:rsidRDefault="008C5690" w:rsidP="008C5690">
      <w:pPr>
        <w:spacing w:before="140"/>
        <w:jc w:val="center"/>
        <w:rPr>
          <w:b/>
          <w:sz w:val="28"/>
          <w:szCs w:val="28"/>
        </w:rPr>
      </w:pPr>
      <w:r w:rsidRPr="005E6036">
        <w:rPr>
          <w:b/>
          <w:sz w:val="28"/>
          <w:szCs w:val="28"/>
        </w:rPr>
        <w:t>ADUC LA CUNOȘTINȚĂ</w:t>
      </w:r>
    </w:p>
    <w:p w14:paraId="5DBCC424" w14:textId="77777777" w:rsidR="008C5690" w:rsidRPr="008C5690" w:rsidRDefault="008C5690" w:rsidP="008C5690">
      <w:pPr>
        <w:spacing w:before="140"/>
        <w:jc w:val="center"/>
        <w:rPr>
          <w:b/>
          <w:sz w:val="6"/>
          <w:szCs w:val="6"/>
        </w:rPr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D35FD" w14:paraId="43F9191F" w14:textId="77777777">
        <w:trPr>
          <w:cantSplit/>
          <w:trHeight w:val="510"/>
        </w:trPr>
        <w:tc>
          <w:tcPr>
            <w:tcW w:w="2409" w:type="dxa"/>
          </w:tcPr>
          <w:p w14:paraId="1A30CAD2" w14:textId="77777777" w:rsidR="00AD35FD" w:rsidRDefault="008C5690">
            <w:r>
              <w:rPr>
                <w:b/>
                <w:color w:val="0D5F78"/>
              </w:rPr>
              <w:t>Că la data de</w:t>
            </w:r>
          </w:p>
          <w:p w14:paraId="5CE18A2B" w14:textId="77777777" w:rsidR="00AD35FD" w:rsidRDefault="00AD35FD"/>
        </w:tc>
        <w:tc>
          <w:tcPr>
            <w:tcW w:w="1606" w:type="dxa"/>
          </w:tcPr>
          <w:p w14:paraId="537E7015" w14:textId="77777777" w:rsidR="00AD35FD" w:rsidRDefault="008C5690">
            <w:r>
              <w:rPr>
                <w:b/>
                <w:color w:val="0D5F78"/>
              </w:rPr>
              <w:t>ora</w:t>
            </w:r>
          </w:p>
          <w:p w14:paraId="349EB503" w14:textId="77777777" w:rsidR="00AD35FD" w:rsidRDefault="00AD35FD"/>
        </w:tc>
        <w:tc>
          <w:tcPr>
            <w:tcW w:w="5621" w:type="dxa"/>
          </w:tcPr>
          <w:p w14:paraId="479316B2" w14:textId="77777777" w:rsidR="00AD35FD" w:rsidRPr="007050CD" w:rsidRDefault="008C5690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au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fost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finalizate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70DA8600" w14:textId="77777777" w:rsidR="00AD35FD" w:rsidRDefault="008C5690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0A5397F4" w14:textId="77777777" w:rsidR="00AD35FD" w:rsidRDefault="00AD35FD"/>
        </w:tc>
      </w:tr>
    </w:tbl>
    <w:p w14:paraId="46459DEB" w14:textId="77777777" w:rsidR="00AD35FD" w:rsidRDefault="00AD35FD">
      <w:pPr>
        <w:spacing w:line="168" w:lineRule="auto"/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D35FD" w14:paraId="503B36F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7C80A2C" w14:textId="77777777" w:rsidR="00AD35FD" w:rsidRDefault="008C569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35FD" w14:paraId="6246E343" w14:textId="77777777">
        <w:trPr>
          <w:cantSplit/>
        </w:trPr>
        <w:tc>
          <w:tcPr>
            <w:tcW w:w="9636" w:type="dxa"/>
            <w:gridSpan w:val="6"/>
          </w:tcPr>
          <w:p w14:paraId="0AB87AAD" w14:textId="77777777" w:rsidR="00AD35FD" w:rsidRDefault="008C569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D35FD" w14:paraId="53BDC58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48965D1" w14:textId="77777777" w:rsidR="00AD35FD" w:rsidRDefault="008C569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3613F305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365ED677" w14:textId="77777777" w:rsidR="00AD35FD" w:rsidRDefault="008C569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6F56704A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21EB7A6" w14:textId="77777777" w:rsidR="00AD35FD" w:rsidRDefault="008C569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4F784361" w14:textId="77777777" w:rsidR="00AD35FD" w:rsidRDefault="00AD35FD">
            <w:pPr>
              <w:keepNext/>
            </w:pPr>
          </w:p>
        </w:tc>
      </w:tr>
      <w:tr w:rsidR="00AD35FD" w14:paraId="2BC39562" w14:textId="77777777">
        <w:trPr>
          <w:cantSplit/>
          <w:trHeight w:val="510"/>
        </w:trPr>
        <w:tc>
          <w:tcPr>
            <w:tcW w:w="1606" w:type="dxa"/>
          </w:tcPr>
          <w:p w14:paraId="32502F27" w14:textId="77777777" w:rsidR="00AD35FD" w:rsidRDefault="008C569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492DB3D9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3"/>
          </w:tcPr>
          <w:p w14:paraId="79596D03" w14:textId="77777777" w:rsidR="00AD35FD" w:rsidRDefault="008C569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6B7FC7B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0B5DE636" w14:textId="77777777" w:rsidR="00AD35FD" w:rsidRDefault="008C569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C554BE8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5F4DD626" w14:textId="77777777" w:rsidR="00AD35FD" w:rsidRDefault="008C569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81D6BF6" w14:textId="77777777" w:rsidR="00AD35FD" w:rsidRDefault="00AD35FD">
            <w:pPr>
              <w:keepNext/>
            </w:pPr>
          </w:p>
        </w:tc>
      </w:tr>
      <w:tr w:rsidR="00AD35FD" w14:paraId="45E2EB9D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946A25A" w14:textId="77777777" w:rsidR="00AD35FD" w:rsidRPr="007050CD" w:rsidRDefault="008C5690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Număr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cadastral</w:t>
            </w:r>
          </w:p>
          <w:p w14:paraId="75CF10B0" w14:textId="77777777" w:rsidR="00AD35FD" w:rsidRPr="007050CD" w:rsidRDefault="008C5690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i/>
                <w:color w:val="7A7A7A"/>
                <w:lang w:val="fr-FR"/>
              </w:rPr>
              <w:t>dacă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e-Terra</w:t>
            </w:r>
          </w:p>
          <w:p w14:paraId="23C0206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CA801FC" w14:textId="77777777" w:rsidR="00AD35FD" w:rsidRDefault="008C569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</w:t>
            </w:r>
          </w:p>
          <w:p w14:paraId="7460EFF8" w14:textId="77777777" w:rsidR="00AD35FD" w:rsidRDefault="00AD35FD">
            <w:pPr>
              <w:keepNext/>
            </w:pPr>
          </w:p>
        </w:tc>
      </w:tr>
    </w:tbl>
    <w:p w14:paraId="4310081F" w14:textId="77777777" w:rsidR="00AD35FD" w:rsidRDefault="00AD35FD">
      <w:pPr>
        <w:spacing w:line="168" w:lineRule="auto"/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7227"/>
        <w:gridCol w:w="2409"/>
      </w:tblGrid>
      <w:tr w:rsidR="00AD35FD" w14:paraId="00876D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1472DD" w14:textId="77777777" w:rsidR="00AD35FD" w:rsidRDefault="008C569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CONVOCAREA COMISIEI DE RECEPȚIE</w:t>
            </w:r>
          </w:p>
        </w:tc>
      </w:tr>
      <w:tr w:rsidR="00AD35FD" w14:paraId="1EE75B4F" w14:textId="77777777">
        <w:trPr>
          <w:cantSplit/>
          <w:trHeight w:val="510"/>
        </w:trPr>
        <w:tc>
          <w:tcPr>
            <w:tcW w:w="7227" w:type="dxa"/>
          </w:tcPr>
          <w:p w14:paraId="668CA31F" w14:textId="77777777" w:rsidR="00AD35FD" w:rsidRPr="007050CD" w:rsidRDefault="008C5690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Se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convoacă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comisia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recepție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terminarea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7050CD">
              <w:rPr>
                <w:b/>
                <w:color w:val="0D5F78"/>
                <w:lang w:val="fr-FR"/>
              </w:rPr>
              <w:t>, la data</w:t>
            </w:r>
          </w:p>
          <w:p w14:paraId="3C5ABEF2" w14:textId="77777777" w:rsidR="00AD35FD" w:rsidRPr="007050CD" w:rsidRDefault="00AD35FD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005C1153" w14:textId="77777777" w:rsidR="00AD35FD" w:rsidRDefault="008C5690">
            <w:proofErr w:type="spellStart"/>
            <w:r>
              <w:rPr>
                <w:b/>
                <w:color w:val="0D5F78"/>
              </w:rPr>
              <w:t>ora</w:t>
            </w:r>
            <w:proofErr w:type="spellEnd"/>
          </w:p>
          <w:p w14:paraId="67115499" w14:textId="77777777" w:rsidR="00AD35FD" w:rsidRDefault="00AD35FD"/>
        </w:tc>
      </w:tr>
    </w:tbl>
    <w:p w14:paraId="2CA6B2E0" w14:textId="77777777" w:rsidR="00AD35FD" w:rsidRDefault="00AD35FD">
      <w:pPr>
        <w:spacing w:line="168" w:lineRule="auto"/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D35FD" w14:paraId="4DA3EAB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2918AA" w14:textId="77777777" w:rsidR="00AD35FD" w:rsidRDefault="008C569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D35FD" w14:paraId="70E41EEA" w14:textId="77777777">
        <w:trPr>
          <w:cantSplit/>
          <w:trHeight w:val="510"/>
        </w:trPr>
        <w:tc>
          <w:tcPr>
            <w:tcW w:w="1606" w:type="dxa"/>
          </w:tcPr>
          <w:p w14:paraId="246FD708" w14:textId="77777777" w:rsidR="00AD35FD" w:rsidRDefault="008C5690">
            <w:r>
              <w:rPr>
                <w:b/>
                <w:color w:val="0D5F78"/>
              </w:rPr>
              <w:t>Data</w:t>
            </w:r>
          </w:p>
          <w:p w14:paraId="71990700" w14:textId="77777777" w:rsidR="00AD35FD" w:rsidRDefault="00AD35FD"/>
        </w:tc>
        <w:tc>
          <w:tcPr>
            <w:tcW w:w="4818" w:type="dxa"/>
          </w:tcPr>
          <w:p w14:paraId="16AE7494" w14:textId="77777777" w:rsidR="00AD35FD" w:rsidRDefault="008C5690">
            <w:r>
              <w:rPr>
                <w:b/>
                <w:color w:val="0D5F78"/>
              </w:rPr>
              <w:t>Titularul autorizației</w:t>
            </w:r>
          </w:p>
          <w:p w14:paraId="3DBB02B2" w14:textId="77777777" w:rsidR="00AD35FD" w:rsidRDefault="00AD35FD"/>
        </w:tc>
        <w:tc>
          <w:tcPr>
            <w:tcW w:w="3212" w:type="dxa"/>
          </w:tcPr>
          <w:p w14:paraId="4A633198" w14:textId="77777777" w:rsidR="00AD35FD" w:rsidRDefault="008C5690">
            <w:r>
              <w:rPr>
                <w:b/>
                <w:color w:val="0D5F78"/>
              </w:rPr>
              <w:t>Semnătura</w:t>
            </w:r>
          </w:p>
          <w:p w14:paraId="5A726045" w14:textId="77777777" w:rsidR="00AD35FD" w:rsidRDefault="00AD35FD"/>
        </w:tc>
      </w:tr>
    </w:tbl>
    <w:p w14:paraId="7A82EDC4" w14:textId="77777777" w:rsidR="00AD35FD" w:rsidRDefault="00AD35FD">
      <w:pPr>
        <w:spacing w:line="168" w:lineRule="auto"/>
      </w:pPr>
    </w:p>
    <w:sectPr w:rsidR="00AD35FD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6A7252" w14:textId="77777777" w:rsidR="006D7689" w:rsidRDefault="006D7689">
      <w:r>
        <w:separator/>
      </w:r>
    </w:p>
  </w:endnote>
  <w:endnote w:type="continuationSeparator" w:id="0">
    <w:p w14:paraId="667C019B" w14:textId="77777777" w:rsidR="006D7689" w:rsidRDefault="006D7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6F1F6F" w14:textId="3A7EA1B6" w:rsidR="00AD35FD" w:rsidRDefault="008C5690">
    <w:pPr>
      <w:pStyle w:val="Subsol"/>
      <w:tabs>
        <w:tab w:val="right" w:pos="9639"/>
      </w:tabs>
    </w:pPr>
    <w:r>
      <w:rPr>
        <w:color w:val="595959"/>
      </w:rPr>
      <w:t>F_A_</w:t>
    </w:r>
    <w:r w:rsidR="005E6036">
      <w:rPr>
        <w:color w:val="595959"/>
      </w:rPr>
      <w:t>10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4462B8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4462B8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325D33" w14:textId="77777777" w:rsidR="006D7689" w:rsidRDefault="006D7689">
      <w:r>
        <w:separator/>
      </w:r>
    </w:p>
  </w:footnote>
  <w:footnote w:type="continuationSeparator" w:id="0">
    <w:p w14:paraId="76579D17" w14:textId="77777777" w:rsidR="006D7689" w:rsidRDefault="006D76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D6E6F"/>
    <w:rsid w:val="0029639D"/>
    <w:rsid w:val="00326F90"/>
    <w:rsid w:val="004462B8"/>
    <w:rsid w:val="005E6036"/>
    <w:rsid w:val="006C103E"/>
    <w:rsid w:val="006D7689"/>
    <w:rsid w:val="007050CD"/>
    <w:rsid w:val="008C5690"/>
    <w:rsid w:val="008E3393"/>
    <w:rsid w:val="009735F6"/>
    <w:rsid w:val="00A865F3"/>
    <w:rsid w:val="00AA1D8D"/>
    <w:rsid w:val="00AD35FD"/>
    <w:rsid w:val="00B47730"/>
    <w:rsid w:val="00B769B5"/>
    <w:rsid w:val="00CB0664"/>
    <w:rsid w:val="00E61A6B"/>
    <w:rsid w:val="00EC58E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E384F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GrilTabe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A865F3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865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GrilTabe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A865F3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865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CF9FA15-1AC8-470B-B42F-ACC9FB017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Ionescu</dc:creator>
  <cp:keywords/>
  <cp:lastModifiedBy>ThinkCentreM83</cp:lastModifiedBy>
  <cp:revision>5</cp:revision>
  <dcterms:created xsi:type="dcterms:W3CDTF">2026-09-09T09:34:00Z</dcterms:created>
  <dcterms:modified xsi:type="dcterms:W3CDTF">2026-09-11T08:43:00Z</dcterms:modified>
  <cp:category/>
</cp:coreProperties>
</file>