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05403" w14:paraId="47E865E6" w14:textId="77777777" w:rsidTr="00F1622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96DDADB" w14:textId="77777777" w:rsidR="00905403" w:rsidRDefault="00905403" w:rsidP="00F16222">
            <w:pPr>
              <w:keepNext/>
              <w:jc w:val="center"/>
            </w:pPr>
            <w:r w:rsidRPr="004029A2">
              <w:rPr>
                <w:noProof/>
                <w:lang w:val="ro-RO" w:eastAsia="ro-RO"/>
              </w:rPr>
              <w:drawing>
                <wp:inline distT="0" distB="0" distL="0" distR="0" wp14:anchorId="54447D7D" wp14:editId="628F17DF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671E9B1" w14:textId="77777777" w:rsidR="00905403" w:rsidRDefault="00905403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B1ECE97" w14:textId="01B6C6D1" w:rsidR="00905403" w:rsidRDefault="00D84C24" w:rsidP="00F16222">
            <w:pPr>
              <w:keepNext/>
            </w:pPr>
            <w:r>
              <w:t>GIURGIU</w:t>
            </w:r>
          </w:p>
        </w:tc>
      </w:tr>
      <w:tr w:rsidR="00905403" w14:paraId="4083E372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399A09BD" w14:textId="77777777" w:rsidR="00905403" w:rsidRDefault="00905403" w:rsidP="00F16222"/>
        </w:tc>
        <w:tc>
          <w:tcPr>
            <w:tcW w:w="8030" w:type="dxa"/>
            <w:gridSpan w:val="3"/>
            <w:shd w:val="clear" w:color="auto" w:fill="F0F0F0"/>
          </w:tcPr>
          <w:p w14:paraId="657461B0" w14:textId="77777777" w:rsidR="00905403" w:rsidRDefault="00905403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CD48876" w14:textId="568043A2" w:rsidR="00905403" w:rsidRDefault="00433910" w:rsidP="00F16222">
            <w:pPr>
              <w:keepNext/>
            </w:pPr>
            <w:r>
              <w:t>CONSILIUL JUDEȚEAN</w:t>
            </w:r>
            <w:r w:rsidR="00D84C24">
              <w:t xml:space="preserve"> GIURGIU</w:t>
            </w:r>
          </w:p>
        </w:tc>
      </w:tr>
      <w:tr w:rsidR="00905403" w14:paraId="4DB437DD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1EB95852" w14:textId="77777777" w:rsidR="00905403" w:rsidRDefault="00905403" w:rsidP="00F16222"/>
        </w:tc>
        <w:tc>
          <w:tcPr>
            <w:tcW w:w="2409" w:type="dxa"/>
            <w:shd w:val="clear" w:color="auto" w:fill="F0F0F0"/>
          </w:tcPr>
          <w:p w14:paraId="477DF557" w14:textId="77777777" w:rsidR="00905403" w:rsidRPr="00343BBA" w:rsidRDefault="00905403" w:rsidP="00F16222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43BB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4639E33F" w14:textId="21ACC2CF" w:rsidR="00905403" w:rsidRPr="00343BBA" w:rsidRDefault="00D84C24" w:rsidP="00F16222">
            <w:pPr>
              <w:keepNext/>
              <w:rPr>
                <w:lang w:val="fr-FR"/>
              </w:rPr>
            </w:pPr>
            <w: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5CFBD28" w14:textId="77777777" w:rsidR="00905403" w:rsidRDefault="00905403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BE99640" w14:textId="77777777" w:rsidR="00D84C24" w:rsidRPr="00887C12" w:rsidRDefault="00D84C24" w:rsidP="00D84C24">
            <w:pPr>
              <w:keepNext/>
              <w:rPr>
                <w:i/>
              </w:rPr>
            </w:pPr>
            <w:proofErr w:type="spellStart"/>
            <w:r w:rsidRPr="00887C12">
              <w:rPr>
                <w:i/>
              </w:rPr>
              <w:t>Bulevardul</w:t>
            </w:r>
            <w:proofErr w:type="spellEnd"/>
            <w:r w:rsidRPr="00887C12">
              <w:rPr>
                <w:i/>
              </w:rPr>
              <w:t xml:space="preserve"> </w:t>
            </w:r>
            <w:proofErr w:type="spellStart"/>
            <w:r w:rsidRPr="00887C12">
              <w:rPr>
                <w:i/>
              </w:rPr>
              <w:t>București</w:t>
            </w:r>
            <w:proofErr w:type="spellEnd"/>
            <w:r w:rsidRPr="00887C12">
              <w:rPr>
                <w:i/>
              </w:rPr>
              <w:t xml:space="preserve"> </w:t>
            </w:r>
            <w:proofErr w:type="spellStart"/>
            <w:r w:rsidRPr="00887C12">
              <w:rPr>
                <w:i/>
              </w:rPr>
              <w:t>nr</w:t>
            </w:r>
            <w:proofErr w:type="spellEnd"/>
            <w:r w:rsidRPr="00887C12">
              <w:rPr>
                <w:i/>
              </w:rPr>
              <w:t>. 10, tel. 0372464611, email cjgiurgiu@gmail.com</w:t>
            </w:r>
          </w:p>
          <w:p w14:paraId="5CF8BE95" w14:textId="77777777" w:rsidR="00905403" w:rsidRDefault="00905403" w:rsidP="00F16222">
            <w:pPr>
              <w:keepNext/>
            </w:pPr>
          </w:p>
        </w:tc>
      </w:tr>
      <w:tr w:rsidR="00905403" w14:paraId="4CB4A37F" w14:textId="77777777" w:rsidTr="00F16222">
        <w:trPr>
          <w:cantSplit/>
          <w:trHeight w:val="510"/>
        </w:trPr>
        <w:tc>
          <w:tcPr>
            <w:tcW w:w="1606" w:type="dxa"/>
            <w:vMerge/>
          </w:tcPr>
          <w:p w14:paraId="15CFFC0B" w14:textId="77777777" w:rsidR="00905403" w:rsidRDefault="00905403" w:rsidP="00F16222"/>
        </w:tc>
        <w:tc>
          <w:tcPr>
            <w:tcW w:w="4818" w:type="dxa"/>
            <w:gridSpan w:val="2"/>
            <w:shd w:val="clear" w:color="auto" w:fill="F0F0F0"/>
          </w:tcPr>
          <w:p w14:paraId="6704F4E8" w14:textId="77777777" w:rsidR="00905403" w:rsidRDefault="00905403" w:rsidP="00F16222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43449FD" w14:textId="77777777" w:rsidR="00905403" w:rsidRDefault="00905403" w:rsidP="00F1622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507435B" w14:textId="77777777" w:rsidR="00905403" w:rsidRDefault="00905403" w:rsidP="00F1622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2AFC8BC" w14:textId="77777777" w:rsidR="00905403" w:rsidRDefault="00905403" w:rsidP="00F16222">
            <w:pPr>
              <w:keepNext/>
            </w:pPr>
          </w:p>
        </w:tc>
      </w:tr>
    </w:tbl>
    <w:p w14:paraId="3DFAE8EA" w14:textId="77777777" w:rsidR="001F78D4" w:rsidRPr="001F78D4" w:rsidRDefault="001F78D4" w:rsidP="001F78D4">
      <w:pPr>
        <w:spacing w:after="40"/>
        <w:jc w:val="center"/>
        <w:rPr>
          <w:b/>
          <w:sz w:val="24"/>
          <w:szCs w:val="24"/>
        </w:rPr>
      </w:pPr>
    </w:p>
    <w:p w14:paraId="70547CAD" w14:textId="77777777" w:rsidR="00846492" w:rsidRPr="00932ED5" w:rsidRDefault="00EC4FE5" w:rsidP="001F78D4">
      <w:pPr>
        <w:spacing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EC4FE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74C62DF8" w14:textId="77777777" w:rsidR="00887C12" w:rsidRDefault="00D84C24">
            <w:pPr>
              <w:keepNext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</w:p>
          <w:p w14:paraId="7BA26637" w14:textId="71DE8039" w:rsidR="00846492" w:rsidRPr="00887C12" w:rsidRDefault="00D84C24">
            <w:pPr>
              <w:keepNext/>
              <w:rPr>
                <w:lang w:val="fr-FR"/>
              </w:rPr>
            </w:pPr>
            <w:r w:rsidRPr="00887C12">
              <w:rPr>
                <w:b/>
                <w:lang w:val="fr-FR"/>
              </w:rPr>
              <w:t>PREȘEDINTELE CONSILIULUI JUDEȚEAN GIURGIU</w:t>
            </w:r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EC4FE5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30408BAD" w:rsidR="00846492" w:rsidRDefault="00D84C24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proofErr w:type="spellStart"/>
            <w:r w:rsidR="00EC4FE5">
              <w:rPr>
                <w:b/>
                <w:color w:val="0D5F78"/>
              </w:rPr>
              <w:t>Nume</w:t>
            </w:r>
            <w:proofErr w:type="spellEnd"/>
            <w:r w:rsidR="00EC4FE5">
              <w:rPr>
                <w:b/>
                <w:color w:val="0D5F78"/>
              </w:rPr>
              <w:t xml:space="preserve"> </w:t>
            </w:r>
            <w:proofErr w:type="spellStart"/>
            <w:r w:rsidR="00EC4FE5">
              <w:rPr>
                <w:b/>
                <w:color w:val="0D5F78"/>
              </w:rPr>
              <w:t>și</w:t>
            </w:r>
            <w:proofErr w:type="spellEnd"/>
            <w:r w:rsidR="00EC4FE5">
              <w:rPr>
                <w:b/>
                <w:color w:val="0D5F78"/>
              </w:rPr>
              <w:t xml:space="preserve"> </w:t>
            </w:r>
            <w:proofErr w:type="spellStart"/>
            <w:r w:rsidR="00EC4FE5"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FE9F1BB" w14:textId="77777777" w:rsidR="00846492" w:rsidRDefault="00846492">
            <w:pPr>
              <w:keepNext/>
            </w:pPr>
          </w:p>
          <w:p w14:paraId="4CEB89D8" w14:textId="77777777" w:rsidR="00887C12" w:rsidRDefault="00887C12">
            <w:pPr>
              <w:keepNext/>
            </w:pPr>
          </w:p>
          <w:p w14:paraId="34500F5F" w14:textId="77777777" w:rsidR="00887C12" w:rsidRDefault="00887C12">
            <w:pPr>
              <w:keepNext/>
            </w:pPr>
            <w:bookmarkStart w:id="0" w:name="_GoBack"/>
            <w:bookmarkEnd w:id="0"/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300BFE37" w:rsidR="00846492" w:rsidRDefault="00EC4FE5">
            <w:pPr>
              <w:keepNext/>
            </w:pPr>
            <w:r>
              <w:rPr>
                <w:sz w:val="16"/>
              </w:rPr>
              <w:t xml:space="preserve">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2B748480" w:rsidR="00846492" w:rsidRDefault="00EC4FE5">
            <w:pPr>
              <w:keepNext/>
            </w:pP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630755D4" w:rsidR="00846492" w:rsidRDefault="00EC4FE5">
            <w:pPr>
              <w:keepNext/>
            </w:pPr>
            <w:r>
              <w:rPr>
                <w:sz w:val="16"/>
              </w:rPr>
              <w:t>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1D2301C3" w:rsidR="00846492" w:rsidRPr="00AD1D4A" w:rsidRDefault="00EC4FE5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4F6CD48D" w:rsidR="00AD1D4A" w:rsidRDefault="00AD1D4A" w:rsidP="00F80068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4201858A" w:rsidR="00AD1D4A" w:rsidRPr="00AD1D4A" w:rsidRDefault="00AD1D4A" w:rsidP="00F80068">
            <w:pPr>
              <w:keepNext/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a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61812D6E" w14:textId="77777777" w:rsidR="00DD1CE7" w:rsidRPr="00DD1CE7" w:rsidRDefault="00DD1CE7">
      <w:pPr>
        <w:spacing w:before="80" w:after="60"/>
        <w:jc w:val="center"/>
        <w:rPr>
          <w:sz w:val="10"/>
          <w:szCs w:val="10"/>
        </w:rPr>
      </w:pPr>
    </w:p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proofErr w:type="gramStart"/>
      <w:r w:rsidRPr="00AD1D4A">
        <w:rPr>
          <w:sz w:val="18"/>
        </w:rPr>
        <w:t>în</w:t>
      </w:r>
      <w:proofErr w:type="spellEnd"/>
      <w:proofErr w:type="gram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proofErr w:type="spellStart"/>
      <w:r w:rsidRPr="00AD1D4A">
        <w:rPr>
          <w:sz w:val="18"/>
        </w:rPr>
        <w:t>nr</w:t>
      </w:r>
      <w:proofErr w:type="spellEnd"/>
      <w:r w:rsidRPr="00AD1D4A">
        <w:rPr>
          <w:sz w:val="18"/>
        </w:rPr>
        <w:t xml:space="preserve">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5C9C6809" w14:textId="61C54094" w:rsidR="00DD1CE7" w:rsidRDefault="00EC4FE5" w:rsidP="00DD1CE7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proofErr w:type="gramStart"/>
      <w:r w:rsidRPr="00AD1D4A">
        <w:rPr>
          <w:sz w:val="18"/>
        </w:rPr>
        <w:t>notific</w:t>
      </w:r>
      <w:proofErr w:type="spellEnd"/>
      <w:proofErr w:type="gramEnd"/>
      <w:r w:rsidRPr="00AD1D4A">
        <w:rPr>
          <w:sz w:val="18"/>
        </w:rPr>
        <w:t xml:space="preserve"> </w:t>
      </w:r>
    </w:p>
    <w:p w14:paraId="674B6041" w14:textId="77777777" w:rsidR="00DD1CE7" w:rsidRPr="00DD1CE7" w:rsidRDefault="00DD1CE7" w:rsidP="00DD1CE7">
      <w:pPr>
        <w:spacing w:before="80" w:after="60"/>
        <w:jc w:val="center"/>
        <w:rPr>
          <w:sz w:val="10"/>
          <w:szCs w:val="10"/>
        </w:rPr>
      </w:pPr>
    </w:p>
    <w:tbl>
      <w:tblPr>
        <w:tblStyle w:val="GrilTabel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9628"/>
      </w:tblGrid>
      <w:tr w:rsidR="00DD1CE7" w14:paraId="5C3E01E3" w14:textId="77777777" w:rsidTr="008D6ACA">
        <w:tc>
          <w:tcPr>
            <w:tcW w:w="9628" w:type="dxa"/>
            <w:shd w:val="clear" w:color="auto" w:fill="F2F2F2" w:themeFill="background1" w:themeFillShade="F2"/>
          </w:tcPr>
          <w:p w14:paraId="592ADBC5" w14:textId="139116E0" w:rsidR="00DD1CE7" w:rsidRDefault="00DD1CE7" w:rsidP="00DD1CE7">
            <w:pPr>
              <w:rPr>
                <w:sz w:val="18"/>
              </w:rPr>
            </w:pPr>
            <w:r>
              <w:rPr>
                <w:b/>
                <w:sz w:val="16"/>
              </w:rPr>
              <w:t xml:space="preserve">4. </w:t>
            </w:r>
            <w:r w:rsidRPr="00DD1CE7">
              <w:rPr>
                <w:b/>
                <w:sz w:val="18"/>
                <w:szCs w:val="18"/>
              </w:rPr>
              <w:t xml:space="preserve">EXECUTAREA URMĂTOARELOR </w:t>
            </w:r>
            <w:r w:rsidRPr="00DD1CE7">
              <w:rPr>
                <w:b/>
                <w:color w:val="000000"/>
                <w:sz w:val="18"/>
                <w:szCs w:val="18"/>
              </w:rPr>
              <w:t>LUCRĂRI</w:t>
            </w:r>
          </w:p>
        </w:tc>
      </w:tr>
      <w:tr w:rsidR="00DD1CE7" w14:paraId="6293101A" w14:textId="77777777" w:rsidTr="008D6ACA">
        <w:tc>
          <w:tcPr>
            <w:tcW w:w="9628" w:type="dxa"/>
            <w:shd w:val="clear" w:color="auto" w:fill="F2F2F2" w:themeFill="background1" w:themeFillShade="F2"/>
          </w:tcPr>
          <w:p w14:paraId="51DB3BD4" w14:textId="49AA134A" w:rsidR="00DD1CE7" w:rsidRDefault="00DD1CE7" w:rsidP="00DD1CE7">
            <w:pPr>
              <w:rPr>
                <w:sz w:val="18"/>
              </w:rPr>
            </w:pPr>
            <w:r>
              <w:rPr>
                <w:sz w:val="16"/>
              </w:rPr>
              <w:t xml:space="preserve">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, din </w:t>
            </w:r>
            <w:proofErr w:type="spellStart"/>
            <w:r>
              <w:rPr>
                <w:sz w:val="16"/>
              </w:rPr>
              <w:t>categoria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prevăzute</w:t>
            </w:r>
            <w:proofErr w:type="spellEnd"/>
            <w:r>
              <w:rPr>
                <w:sz w:val="16"/>
              </w:rPr>
              <w:t xml:space="preserve"> la 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</w:t>
            </w:r>
            <w:proofErr w:type="gramStart"/>
            <w:r>
              <w:rPr>
                <w:sz w:val="16"/>
              </w:rPr>
              <w:t>lit</w:t>
            </w:r>
            <w:proofErr w:type="gramEnd"/>
            <w:r>
              <w:rPr>
                <w:sz w:val="16"/>
              </w:rPr>
              <w:t xml:space="preserve">. a) </w:t>
            </w:r>
            <w:proofErr w:type="gramStart"/>
            <w:r>
              <w:rPr>
                <w:sz w:val="16"/>
              </w:rPr>
              <w:t>din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>. 169/2026</w:t>
            </w:r>
          </w:p>
        </w:tc>
      </w:tr>
      <w:tr w:rsidR="00DD1CE7" w14:paraId="562A858B" w14:textId="77777777" w:rsidTr="008D6ACA">
        <w:tc>
          <w:tcPr>
            <w:tcW w:w="9628" w:type="dxa"/>
          </w:tcPr>
          <w:p w14:paraId="3FB7BBE4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3EDD985A" w14:textId="06AFF924" w:rsidR="00DD1CE7" w:rsidRDefault="00DD1CE7" w:rsidP="0086631E">
            <w:pPr>
              <w:spacing w:line="276" w:lineRule="auto"/>
              <w:rPr>
                <w:sz w:val="18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>
              <w:rPr>
                <w:sz w:val="16"/>
                <w:lang w:val="fr-FR"/>
              </w:rPr>
              <w:t>) </w:t>
            </w:r>
            <w:proofErr w:type="gramStart"/>
            <w:r>
              <w:rPr>
                <w:sz w:val="16"/>
                <w:lang w:val="fr-FR"/>
              </w:rPr>
              <w:t xml:space="preserve">: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proofErr w:type="gram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>
              <w:rPr>
                <w:sz w:val="16"/>
                <w:lang w:val="fr-FR"/>
              </w:rPr>
              <w:t xml:space="preserve">  /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>
              <w:rPr>
                <w:sz w:val="16"/>
                <w:lang w:val="fr-FR"/>
              </w:rPr>
              <w:t>-tip</w:t>
            </w:r>
          </w:p>
        </w:tc>
      </w:tr>
      <w:tr w:rsidR="00DD1CE7" w14:paraId="3CAEF890" w14:textId="77777777" w:rsidTr="008D6ACA">
        <w:tc>
          <w:tcPr>
            <w:tcW w:w="9628" w:type="dxa"/>
            <w:shd w:val="clear" w:color="auto" w:fill="F2F2F2" w:themeFill="background1" w:themeFillShade="F2"/>
          </w:tcPr>
          <w:p w14:paraId="3851FEF6" w14:textId="20C3BE04" w:rsidR="00DD1CE7" w:rsidRDefault="00DD1CE7" w:rsidP="00DD1CE7">
            <w:pPr>
              <w:rPr>
                <w:sz w:val="18"/>
              </w:rPr>
            </w:pPr>
            <w:r w:rsidRPr="00AD1D4A">
              <w:rPr>
                <w:sz w:val="16"/>
                <w:lang w:val="fr-FR"/>
              </w:rPr>
              <w:t xml:space="preserve">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Pr="007C5D68">
              <w:rPr>
                <w:sz w:val="16"/>
                <w:lang w:val="fr-FR"/>
              </w:rPr>
              <w:t>din</w:t>
            </w:r>
            <w:proofErr w:type="spellEnd"/>
            <w:r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Pr="007C5D68">
              <w:rPr>
                <w:sz w:val="16"/>
                <w:lang w:val="fr-FR"/>
              </w:rPr>
              <w:t>categoria</w:t>
            </w:r>
            <w:proofErr w:type="spellEnd"/>
            <w:r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Pr="007C5D68">
              <w:rPr>
                <w:sz w:val="16"/>
                <w:lang w:val="fr-FR"/>
              </w:rPr>
              <w:t>celor</w:t>
            </w:r>
            <w:proofErr w:type="spellEnd"/>
            <w:r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Pr="007C5D68">
              <w:rPr>
                <w:sz w:val="16"/>
                <w:lang w:val="fr-FR"/>
              </w:rPr>
              <w:t>prevăzute</w:t>
            </w:r>
            <w:proofErr w:type="spellEnd"/>
            <w:r w:rsidRPr="007C5D68">
              <w:rPr>
                <w:sz w:val="16"/>
                <w:lang w:val="fr-FR"/>
              </w:rPr>
              <w:t xml:space="preserve"> </w:t>
            </w:r>
            <w:proofErr w:type="gramStart"/>
            <w:r w:rsidRPr="007C5D68">
              <w:rPr>
                <w:sz w:val="16"/>
                <w:lang w:val="fr-FR"/>
              </w:rPr>
              <w:t>la</w:t>
            </w:r>
            <w:proofErr w:type="gramEnd"/>
            <w:r w:rsidRPr="007C5D68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Pr="007C5D68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7C5D68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 xml:space="preserve">(2) </w:t>
            </w:r>
            <w:proofErr w:type="gramStart"/>
            <w:r>
              <w:rPr>
                <w:sz w:val="16"/>
              </w:rPr>
              <w:t>lit</w:t>
            </w:r>
            <w:proofErr w:type="gramEnd"/>
            <w:r>
              <w:rPr>
                <w:sz w:val="16"/>
              </w:rPr>
              <w:t xml:space="preserve">. b) </w:t>
            </w:r>
            <w:proofErr w:type="gramStart"/>
            <w:r>
              <w:rPr>
                <w:sz w:val="16"/>
              </w:rPr>
              <w:t>din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>. 169/2026</w:t>
            </w:r>
          </w:p>
        </w:tc>
      </w:tr>
      <w:tr w:rsidR="00DD1CE7" w14:paraId="6AA6D744" w14:textId="77777777" w:rsidTr="008D6ACA">
        <w:tc>
          <w:tcPr>
            <w:tcW w:w="9628" w:type="dxa"/>
          </w:tcPr>
          <w:p w14:paraId="2D6AC3B5" w14:textId="77777777" w:rsidR="00DD1CE7" w:rsidRDefault="00DD1CE7" w:rsidP="0086631E">
            <w:pPr>
              <w:keepNext/>
              <w:spacing w:line="276" w:lineRule="auto"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73E2CC3F" w14:textId="77777777" w:rsidR="00DD1CE7" w:rsidRDefault="00DD1CE7" w:rsidP="0086631E">
            <w:pPr>
              <w:keepNext/>
              <w:spacing w:line="276" w:lineRule="auto"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5EC27064" w14:textId="77777777" w:rsidR="00DD1CE7" w:rsidRDefault="00DD1CE7" w:rsidP="0086631E">
            <w:pPr>
              <w:keepNext/>
              <w:spacing w:line="276" w:lineRule="auto"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645E8E8F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1A8FE2D0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1CFCF764" w14:textId="77777777" w:rsidR="00DD1CE7" w:rsidRDefault="00DD1CE7" w:rsidP="0086631E">
            <w:pPr>
              <w:keepNext/>
              <w:spacing w:line="276" w:lineRule="auto"/>
              <w:rPr>
                <w:sz w:val="16"/>
              </w:rPr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  <w:p w14:paraId="2FAB8927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62B95E21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7C5D0455" w14:textId="77777777" w:rsidR="00DD1CE7" w:rsidRPr="00AD1D4A" w:rsidRDefault="00DD1CE7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177C23BF" w14:textId="77777777" w:rsidR="00DD1CE7" w:rsidRDefault="00DD1CE7" w:rsidP="0086631E">
            <w:pPr>
              <w:keepNext/>
              <w:spacing w:line="276" w:lineRule="auto"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1F8273F2" w14:textId="10741B66" w:rsidR="00DD1CE7" w:rsidRDefault="00DD1CE7" w:rsidP="0086631E">
            <w:pPr>
              <w:spacing w:line="276" w:lineRule="auto"/>
              <w:rPr>
                <w:sz w:val="18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7750134F" w14:textId="77777777" w:rsidR="00DD1CE7" w:rsidRDefault="00DD1CE7" w:rsidP="00DD1CE7">
      <w:pPr>
        <w:spacing w:before="80" w:after="60"/>
        <w:jc w:val="center"/>
        <w:rPr>
          <w:sz w:val="18"/>
        </w:rPr>
      </w:pPr>
    </w:p>
    <w:p w14:paraId="07AAF994" w14:textId="77777777" w:rsidR="004324B6" w:rsidRDefault="004324B6">
      <w:pPr>
        <w:keepNext/>
        <w:rPr>
          <w:sz w:val="16"/>
        </w:rPr>
        <w:sectPr w:rsidR="004324B6" w:rsidSect="007C5D68">
          <w:footerReference w:type="defaul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EC4FE5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gramStart"/>
            <w:r w:rsidR="007C5D68" w:rsidRPr="007C5D68">
              <w:rPr>
                <w:sz w:val="16"/>
                <w:lang w:val="fr-FR"/>
              </w:rPr>
              <w:t>la</w:t>
            </w:r>
            <w:proofErr w:type="gramEnd"/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nr</w:t>
            </w:r>
            <w:proofErr w:type="spellEnd"/>
            <w:r w:rsidR="007C5D68">
              <w:rPr>
                <w:sz w:val="16"/>
              </w:rPr>
              <w:t>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EC4FE5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 xml:space="preserve">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  <w:proofErr w:type="gram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EC4FE5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 w:rsidP="0086631E">
            <w:pPr>
              <w:keepNext/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 w:rsidP="0086631E">
            <w:pPr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 w:rsidP="0086631E">
            <w:pPr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 w:rsidP="0086631E">
            <w:pPr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86631E">
            <w:pPr>
              <w:spacing w:line="276" w:lineRule="auto"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</w:t>
            </w:r>
            <w:proofErr w:type="gramStart"/>
            <w:r w:rsidRPr="00AD1D4A">
              <w:rPr>
                <w:sz w:val="16"/>
                <w:lang w:val="fr-FR"/>
              </w:rPr>
              <w:t xml:space="preserve">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EC4FE5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EC4FE5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EC4FE5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EC4FE5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proofErr w:type="spellStart"/>
            <w:r>
              <w:rPr>
                <w:b/>
                <w:color w:val="0D5F78"/>
              </w:rPr>
              <w:t>Alte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EC4FE5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EC4FE5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6432103E" w:rsidR="003F4418" w:rsidRDefault="00EC4FE5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     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5A771503" w:rsidR="003869B3" w:rsidRDefault="00EC4FE5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                                      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295EE58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unifamiliale)   </w:t>
            </w:r>
            <w:r w:rsidR="00EC4FE5">
              <w:rPr>
                <w:sz w:val="16"/>
                <w:lang w:val="fr-FR"/>
              </w:rPr>
              <w:t xml:space="preserve">                       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EC4FE5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EC4FE5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</w:t>
            </w:r>
            <w:proofErr w:type="spellStart"/>
            <w:r w:rsidR="003F4418">
              <w:rPr>
                <w:i/>
                <w:sz w:val="17"/>
              </w:rPr>
              <w:t>nr</w:t>
            </w:r>
            <w:proofErr w:type="spellEnd"/>
            <w:r w:rsidR="003F4418">
              <w:rPr>
                <w:i/>
                <w:sz w:val="17"/>
              </w:rPr>
              <w:t xml:space="preserve">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proofErr w:type="gram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proofErr w:type="gram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EC4FE5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06AA6670" w:rsidR="00846492" w:rsidRPr="00AD1D4A" w:rsidRDefault="00EC4FE5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</w:t>
            </w:r>
            <w:r>
              <w:rPr>
                <w:sz w:val="16"/>
                <w:lang w:val="fr-FR"/>
              </w:rPr>
              <w:t xml:space="preserve">                                   </w:t>
            </w:r>
            <w:r w:rsidRPr="00AD1D4A">
              <w:rPr>
                <w:sz w:val="16"/>
                <w:lang w:val="fr-FR"/>
              </w:rPr>
              <w:t xml:space="preserve">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</w:t>
            </w:r>
            <w:r>
              <w:rPr>
                <w:sz w:val="16"/>
                <w:lang w:val="fr-FR"/>
              </w:rPr>
              <w:t xml:space="preserve">               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 xml:space="preserve">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GrilTabe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EC4FE5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487A4E7E" w:rsidR="00846492" w:rsidRDefault="00EC4FE5">
            <w:r>
              <w:rPr>
                <w:b/>
                <w:color w:val="0D5F78"/>
              </w:rPr>
              <w:t xml:space="preserve"> 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EC4FE5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EC4FE5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4ACD6" w14:textId="77777777" w:rsidR="00D45459" w:rsidRDefault="00D45459">
      <w:r>
        <w:separator/>
      </w:r>
    </w:p>
  </w:endnote>
  <w:endnote w:type="continuationSeparator" w:id="0">
    <w:p w14:paraId="05BDF23A" w14:textId="77777777" w:rsidR="00D45459" w:rsidRDefault="00D4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F5D4A" w14:textId="437B0A69" w:rsidR="00846492" w:rsidRDefault="00EC4FE5">
    <w:pPr>
      <w:pStyle w:val="Subsol"/>
      <w:tabs>
        <w:tab w:val="right" w:pos="9639"/>
      </w:tabs>
    </w:pPr>
    <w:r>
      <w:rPr>
        <w:color w:val="595959"/>
      </w:rPr>
      <w:t>F_NOT_01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87C12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87C1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E93B" w14:textId="30C71BC5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>F_NOT_01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87C1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87C12">
      <w:rPr>
        <w:noProof/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C384B" w14:textId="77777777" w:rsidR="00D45459" w:rsidRDefault="00D45459">
      <w:r>
        <w:separator/>
      </w:r>
    </w:p>
  </w:footnote>
  <w:footnote w:type="continuationSeparator" w:id="0">
    <w:p w14:paraId="0F1175C9" w14:textId="77777777" w:rsidR="00D45459" w:rsidRDefault="00D45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5CA"/>
    <w:rsid w:val="001F78D4"/>
    <w:rsid w:val="0029639D"/>
    <w:rsid w:val="0031113E"/>
    <w:rsid w:val="00320861"/>
    <w:rsid w:val="00326F90"/>
    <w:rsid w:val="003869B3"/>
    <w:rsid w:val="003F4418"/>
    <w:rsid w:val="004324B6"/>
    <w:rsid w:val="00433910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631E"/>
    <w:rsid w:val="00870FD7"/>
    <w:rsid w:val="00887C12"/>
    <w:rsid w:val="008D6ACA"/>
    <w:rsid w:val="00905403"/>
    <w:rsid w:val="00932ED5"/>
    <w:rsid w:val="00A17614"/>
    <w:rsid w:val="00AA1D8D"/>
    <w:rsid w:val="00AD1D4A"/>
    <w:rsid w:val="00B47730"/>
    <w:rsid w:val="00CA6FDB"/>
    <w:rsid w:val="00CB0664"/>
    <w:rsid w:val="00CC1F4B"/>
    <w:rsid w:val="00D2019F"/>
    <w:rsid w:val="00D2346C"/>
    <w:rsid w:val="00D45459"/>
    <w:rsid w:val="00D84C24"/>
    <w:rsid w:val="00DD1CE7"/>
    <w:rsid w:val="00E52AF9"/>
    <w:rsid w:val="00E61A6B"/>
    <w:rsid w:val="00EC4FE5"/>
    <w:rsid w:val="00EC7CD5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7E33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84C2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4C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84C2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4C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35B97A-32D5-4860-8806-1EB19B130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830</Words>
  <Characters>4820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ThinkCentreM83</cp:lastModifiedBy>
  <cp:revision>7</cp:revision>
  <dcterms:created xsi:type="dcterms:W3CDTF">2026-09-09T10:31:00Z</dcterms:created>
  <dcterms:modified xsi:type="dcterms:W3CDTF">2026-09-11T08:46:00Z</dcterms:modified>
  <cp:category/>
</cp:coreProperties>
</file>