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B495F" w14:paraId="36ABAF3D" w14:textId="77777777" w:rsidTr="00F1622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BA2D720" w14:textId="77777777" w:rsidR="005B495F" w:rsidRDefault="005B495F" w:rsidP="00F16222">
            <w:pPr>
              <w:keepNext/>
              <w:jc w:val="center"/>
            </w:pPr>
            <w:r w:rsidRPr="004029A2">
              <w:rPr>
                <w:noProof/>
                <w:lang w:val="ro-RO" w:eastAsia="ro-RO"/>
              </w:rPr>
              <w:drawing>
                <wp:inline distT="0" distB="0" distL="0" distR="0" wp14:anchorId="1926B4F1" wp14:editId="7CF84309">
                  <wp:extent cx="803082" cy="944109"/>
                  <wp:effectExtent l="0" t="0" r="0" b="8890"/>
                  <wp:docPr id="2" name="Picture 2" descr="\\192.168.0.13\Urbanism - Schimb (corina)\FORMULARE NOI\CERERI CU STEMĂ\STEMĂ GIURGIU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0.13\Urbanism - Schimb (corina)\FORMULARE NOI\CERERI CU STEMĂ\STEMĂ GIURGIU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327" cy="95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23B42D" w14:textId="77777777" w:rsidR="005B495F" w:rsidRDefault="005B495F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1C3FC1C" w14:textId="101CAE16" w:rsidR="005B495F" w:rsidRDefault="00186D57" w:rsidP="00F16222">
            <w:pPr>
              <w:keepNext/>
            </w:pPr>
            <w:r>
              <w:t>GIURGIU</w:t>
            </w:r>
          </w:p>
        </w:tc>
      </w:tr>
      <w:tr w:rsidR="005B495F" w14:paraId="1D3C4A7C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736E94AB" w14:textId="77777777" w:rsidR="005B495F" w:rsidRDefault="005B495F" w:rsidP="00F16222"/>
        </w:tc>
        <w:tc>
          <w:tcPr>
            <w:tcW w:w="8030" w:type="dxa"/>
            <w:gridSpan w:val="3"/>
            <w:shd w:val="clear" w:color="auto" w:fill="F0F0F0"/>
          </w:tcPr>
          <w:p w14:paraId="744A5855" w14:textId="77777777" w:rsidR="005B495F" w:rsidRDefault="005B495F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32BAA97" w14:textId="23AB6CEF" w:rsidR="005B495F" w:rsidRDefault="00186D57" w:rsidP="00F16222">
            <w:pPr>
              <w:keepNext/>
            </w:pPr>
            <w:r>
              <w:t>CONSILIUL JUDEȚEAN GIURGIU</w:t>
            </w:r>
          </w:p>
        </w:tc>
      </w:tr>
      <w:tr w:rsidR="005B495F" w14:paraId="24E05FDC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2D02328B" w14:textId="77777777" w:rsidR="005B495F" w:rsidRDefault="005B495F" w:rsidP="00F16222"/>
        </w:tc>
        <w:tc>
          <w:tcPr>
            <w:tcW w:w="2409" w:type="dxa"/>
            <w:shd w:val="clear" w:color="auto" w:fill="F0F0F0"/>
          </w:tcPr>
          <w:p w14:paraId="4859BA83" w14:textId="77777777" w:rsidR="005B495F" w:rsidRPr="00343BBA" w:rsidRDefault="005B495F" w:rsidP="00F16222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343BBA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35552063" w14:textId="6AAB9B7D" w:rsidR="005B495F" w:rsidRPr="00343BBA" w:rsidRDefault="00186D57" w:rsidP="00F16222">
            <w:pPr>
              <w:keepNext/>
              <w:rPr>
                <w:lang w:val="fr-FR"/>
              </w:rPr>
            </w:pPr>
            <w:r>
              <w:t>4938042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DC845EA" w14:textId="77777777" w:rsidR="005B495F" w:rsidRDefault="005B495F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57A1B83" w14:textId="77777777" w:rsidR="00186D57" w:rsidRPr="00FF1950" w:rsidRDefault="00186D57" w:rsidP="00186D57">
            <w:pPr>
              <w:keepNext/>
              <w:rPr>
                <w:i/>
              </w:rPr>
            </w:pPr>
            <w:proofErr w:type="spellStart"/>
            <w:r w:rsidRPr="00FF1950">
              <w:rPr>
                <w:i/>
              </w:rPr>
              <w:t>Bulevardul</w:t>
            </w:r>
            <w:proofErr w:type="spellEnd"/>
            <w:r w:rsidRPr="00FF1950">
              <w:rPr>
                <w:i/>
              </w:rPr>
              <w:t xml:space="preserve"> </w:t>
            </w:r>
            <w:proofErr w:type="spellStart"/>
            <w:r w:rsidRPr="00FF1950">
              <w:rPr>
                <w:i/>
              </w:rPr>
              <w:t>București</w:t>
            </w:r>
            <w:proofErr w:type="spellEnd"/>
            <w:r w:rsidRPr="00FF1950">
              <w:rPr>
                <w:i/>
              </w:rPr>
              <w:t xml:space="preserve"> </w:t>
            </w:r>
            <w:proofErr w:type="spellStart"/>
            <w:r w:rsidRPr="00FF1950">
              <w:rPr>
                <w:i/>
              </w:rPr>
              <w:t>nr</w:t>
            </w:r>
            <w:proofErr w:type="spellEnd"/>
            <w:r w:rsidRPr="00FF1950">
              <w:rPr>
                <w:i/>
              </w:rPr>
              <w:t>. 10, tel. 0372464611, email cjgiurgiu@gmail.com</w:t>
            </w:r>
          </w:p>
          <w:p w14:paraId="4F69B20C" w14:textId="77777777" w:rsidR="005B495F" w:rsidRDefault="005B495F" w:rsidP="00F16222">
            <w:pPr>
              <w:keepNext/>
            </w:pPr>
          </w:p>
        </w:tc>
      </w:tr>
      <w:tr w:rsidR="005B495F" w14:paraId="51542D82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4ECA4B2B" w14:textId="77777777" w:rsidR="005B495F" w:rsidRDefault="005B495F" w:rsidP="00F16222"/>
        </w:tc>
        <w:tc>
          <w:tcPr>
            <w:tcW w:w="4818" w:type="dxa"/>
            <w:gridSpan w:val="2"/>
            <w:shd w:val="clear" w:color="auto" w:fill="F0F0F0"/>
          </w:tcPr>
          <w:p w14:paraId="41B29F11" w14:textId="77777777" w:rsidR="005B495F" w:rsidRDefault="005B495F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C8D1EF9" w14:textId="77777777" w:rsidR="005B495F" w:rsidRDefault="005B495F" w:rsidP="00F1622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4CEA2174" w14:textId="77777777" w:rsidR="005B495F" w:rsidRDefault="005B495F" w:rsidP="00F16222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247AA" w14:textId="77777777" w:rsidR="005B495F" w:rsidRDefault="005B495F" w:rsidP="00F16222">
            <w:pPr>
              <w:keepNext/>
            </w:pPr>
          </w:p>
        </w:tc>
      </w:tr>
    </w:tbl>
    <w:p w14:paraId="4E960070" w14:textId="77777777" w:rsidR="0075375D" w:rsidRPr="0075375D" w:rsidRDefault="0075375D" w:rsidP="0075375D">
      <w:pPr>
        <w:spacing w:after="40"/>
        <w:rPr>
          <w:b/>
          <w:sz w:val="24"/>
          <w:szCs w:val="24"/>
        </w:rPr>
      </w:pPr>
    </w:p>
    <w:p w14:paraId="0EFADD9B" w14:textId="77777777" w:rsidR="00C85C0B" w:rsidRPr="003A7070" w:rsidRDefault="00F91670" w:rsidP="0075375D">
      <w:pPr>
        <w:spacing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279D8DA9" w14:textId="7FD18168" w:rsidR="00C85C0B" w:rsidRDefault="00F91670" w:rsidP="00F91670">
      <w:pPr>
        <w:spacing w:after="120"/>
        <w:jc w:val="center"/>
      </w:pPr>
      <w:proofErr w:type="spellStart"/>
      <w:proofErr w:type="gramStart"/>
      <w:r>
        <w:rPr>
          <w:sz w:val="19"/>
        </w:rPr>
        <w:t>privind</w:t>
      </w:r>
      <w:proofErr w:type="spellEnd"/>
      <w:proofErr w:type="gram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F9167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7A0F83CD" w14:textId="77777777" w:rsidR="00FF1950" w:rsidRDefault="00F91670">
            <w:pPr>
              <w:keepNext/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 </w:t>
            </w:r>
          </w:p>
          <w:p w14:paraId="3662B31C" w14:textId="4040537F" w:rsidR="00C85C0B" w:rsidRPr="00150E80" w:rsidRDefault="00186D57">
            <w:pPr>
              <w:keepNext/>
              <w:rPr>
                <w:lang w:val="fr-FR"/>
              </w:rPr>
            </w:pPr>
            <w:r w:rsidRPr="00FF1950">
              <w:rPr>
                <w:b/>
                <w:lang w:val="fr-FR"/>
              </w:rPr>
              <w:t>PREȘEDINTELE CONSILIULUI JUDEȚEAN GIURGIU</w:t>
            </w:r>
            <w:r w:rsidRPr="00FF1950">
              <w:rPr>
                <w:lang w:val="fr-FR"/>
              </w:rPr>
              <w:t xml:space="preserve"> </w:t>
            </w:r>
          </w:p>
        </w:tc>
      </w:tr>
    </w:tbl>
    <w:p w14:paraId="75E15653" w14:textId="77777777" w:rsidR="00C85C0B" w:rsidRDefault="00C85C0B">
      <w:pPr>
        <w:spacing w:line="168" w:lineRule="auto"/>
        <w:rPr>
          <w:lang w:val="fr-FR"/>
        </w:rPr>
      </w:pPr>
    </w:p>
    <w:p w14:paraId="3574EE66" w14:textId="77777777" w:rsidR="00F91670" w:rsidRPr="00150E80" w:rsidRDefault="00F91670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F9167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089589F8" w:rsidR="00C85C0B" w:rsidRDefault="00F91670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60CC5E9" w14:textId="77777777" w:rsidR="00C85C0B" w:rsidRDefault="00C85C0B">
            <w:pPr>
              <w:keepNext/>
            </w:pPr>
          </w:p>
          <w:p w14:paraId="6311685D" w14:textId="77777777" w:rsidR="00566DAE" w:rsidRDefault="00566DAE">
            <w:pPr>
              <w:keepNext/>
            </w:pPr>
          </w:p>
          <w:p w14:paraId="78962F31" w14:textId="77777777" w:rsidR="00566DAE" w:rsidRDefault="00566DAE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F9167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319FFB19" w:rsidR="00C85C0B" w:rsidRDefault="00186D57">
            <w:pPr>
              <w:keepNext/>
            </w:pPr>
            <w:r>
              <w:rPr>
                <w:sz w:val="16"/>
              </w:rPr>
              <w:t xml:space="preserve"> </w:t>
            </w:r>
            <w:r w:rsidR="00F91670">
              <w:rPr>
                <w:sz w:val="16"/>
              </w:rPr>
              <w:t xml:space="preserve">Act de </w:t>
            </w:r>
            <w:proofErr w:type="spellStart"/>
            <w:r w:rsidR="00F91670"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2A1BD3B5" w:rsidR="00C85C0B" w:rsidRDefault="00F91670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F9167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F9167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F9167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F9167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6A89234B" w:rsidR="00C85C0B" w:rsidRDefault="00F91670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F9167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F9167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4E749BC8" w:rsidR="00C85C0B" w:rsidRDefault="00F91670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F91670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F9167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F9167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F9167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F9167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F9167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F9167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E2AE3DD" w:rsidR="00C85C0B" w:rsidRDefault="00F91670"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F9167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p w14:paraId="74BA9862" w14:textId="77777777" w:rsidR="00F91670" w:rsidRDefault="00F91670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F9167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622D47DD" w:rsidR="00C85C0B" w:rsidRDefault="00F91670"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/ data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F9167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cod</w:t>
            </w:r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F9167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p w14:paraId="76C4BE04" w14:textId="77777777" w:rsidR="00F91670" w:rsidRDefault="00F91670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F9167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35BE5771" w:rsidR="00C85C0B" w:rsidRDefault="00F91670">
            <w:pPr>
              <w:keepNext/>
            </w:pPr>
            <w:r>
              <w:rPr>
                <w:b/>
                <w:color w:val="0D5F78"/>
              </w:rPr>
              <w:t xml:space="preserve"> 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544B9697" w14:textId="2DDDA734" w:rsidR="00C85C0B" w:rsidRDefault="00F91670" w:rsidP="00566DAE">
            <w:pPr>
              <w:keepNext/>
            </w:pPr>
            <w:r>
              <w:rPr>
                <w:i/>
                <w:color w:val="7A7A7A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818" w:type="dxa"/>
          </w:tcPr>
          <w:p w14:paraId="72DCF9AA" w14:textId="77777777" w:rsidR="00C85C0B" w:rsidRDefault="00F9167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48CE6663" w:rsidR="00C85C0B" w:rsidRDefault="00F91670">
            <w:pPr>
              <w:keepNext/>
            </w:pPr>
            <w:r>
              <w:rPr>
                <w:b/>
                <w:color w:val="0D5F78"/>
              </w:rPr>
              <w:t xml:space="preserve"> 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F91670">
            <w:pPr>
              <w:keepNext/>
            </w:pPr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F91670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29C5B5F" w14:textId="77777777" w:rsidR="00C85C0B" w:rsidRDefault="00F91670" w:rsidP="00F91670">
            <w:pPr>
              <w:spacing w:line="228" w:lineRule="auto"/>
            </w:pPr>
            <w:r>
              <w:t xml:space="preserve"> </w:t>
            </w:r>
            <w:proofErr w:type="spellStart"/>
            <w:r w:rsidR="00150E80">
              <w:t>Legea</w:t>
            </w:r>
            <w:proofErr w:type="spellEnd"/>
            <w:r w:rsidR="00150E80">
              <w:t xml:space="preserve"> nr.169/2026 </w:t>
            </w:r>
            <w:proofErr w:type="spellStart"/>
            <w:r w:rsidR="00150E80" w:rsidRPr="00150E80">
              <w:t>privind</w:t>
            </w:r>
            <w:proofErr w:type="spellEnd"/>
            <w:r w:rsidR="00150E80" w:rsidRPr="00150E80">
              <w:t xml:space="preserve"> </w:t>
            </w:r>
            <w:proofErr w:type="spellStart"/>
            <w:r w:rsidR="00150E80" w:rsidRPr="00150E80">
              <w:t>Codul</w:t>
            </w:r>
            <w:proofErr w:type="spellEnd"/>
            <w:r w:rsidR="00150E80" w:rsidRPr="00150E80">
              <w:t xml:space="preserve"> </w:t>
            </w:r>
            <w:proofErr w:type="spellStart"/>
            <w:r w:rsidR="00150E80" w:rsidRPr="00150E80">
              <w:t>amenajării</w:t>
            </w:r>
            <w:proofErr w:type="spellEnd"/>
            <w:r w:rsidR="00150E80" w:rsidRPr="00150E80">
              <w:t xml:space="preserve"> </w:t>
            </w:r>
            <w:proofErr w:type="spellStart"/>
            <w:r w:rsidR="00150E80" w:rsidRPr="00150E80">
              <w:t>teritoriului</w:t>
            </w:r>
            <w:proofErr w:type="spellEnd"/>
            <w:r w:rsidR="00150E80" w:rsidRPr="00150E80">
              <w:t xml:space="preserve">, </w:t>
            </w:r>
            <w:proofErr w:type="spellStart"/>
            <w:r w:rsidR="00150E80" w:rsidRPr="00150E80">
              <w:t>urbanismului</w:t>
            </w:r>
            <w:proofErr w:type="spellEnd"/>
            <w:r w:rsidR="00150E80" w:rsidRPr="00150E80">
              <w:t xml:space="preserve"> </w:t>
            </w:r>
            <w:proofErr w:type="spellStart"/>
            <w:r w:rsidR="00150E80" w:rsidRPr="00150E80">
              <w:t>și</w:t>
            </w:r>
            <w:proofErr w:type="spellEnd"/>
            <w:r w:rsidR="00150E80" w:rsidRPr="00150E80">
              <w:t xml:space="preserve"> </w:t>
            </w:r>
            <w:proofErr w:type="spellStart"/>
            <w:r w:rsidR="00150E80" w:rsidRPr="00150E80">
              <w:t>construcțiilor</w:t>
            </w:r>
            <w:proofErr w:type="spellEnd"/>
            <w:r w:rsidR="00150E80">
              <w:t xml:space="preserve"> nu </w:t>
            </w:r>
            <w:proofErr w:type="spellStart"/>
            <w:r w:rsidR="00150E80">
              <w:t>instituie</w:t>
            </w:r>
            <w:proofErr w:type="spellEnd"/>
            <w:r w:rsidR="00150E80">
              <w:t xml:space="preserve"> o </w:t>
            </w:r>
            <w:proofErr w:type="spellStart"/>
            <w:r w:rsidR="00150E80">
              <w:t>înștiințare</w:t>
            </w:r>
            <w:proofErr w:type="spellEnd"/>
            <w:r w:rsidR="00150E80">
              <w:t xml:space="preserve"> </w:t>
            </w:r>
            <w:proofErr w:type="spellStart"/>
            <w:r w:rsidR="00150E80">
              <w:t>distinctă</w:t>
            </w:r>
            <w:proofErr w:type="spellEnd"/>
            <w:r w:rsidR="00150E80">
              <w:t xml:space="preserve"> </w:t>
            </w:r>
            <w:proofErr w:type="spellStart"/>
            <w:r w:rsidR="00150E80">
              <w:t>privind</w:t>
            </w:r>
            <w:proofErr w:type="spellEnd"/>
            <w:r w:rsidR="00150E80">
              <w:t xml:space="preserve"> </w:t>
            </w:r>
            <w:proofErr w:type="spellStart"/>
            <w:r w:rsidR="00150E80">
              <w:t>începerea</w:t>
            </w:r>
            <w:proofErr w:type="spellEnd"/>
            <w:r w:rsidR="00150E80">
              <w:t xml:space="preserve"> </w:t>
            </w:r>
            <w:proofErr w:type="spellStart"/>
            <w:r w:rsidR="00150E80">
              <w:t>lucrărilor</w:t>
            </w:r>
            <w:proofErr w:type="spellEnd"/>
            <w:r w:rsidR="00150E80">
              <w:t xml:space="preserve"> </w:t>
            </w:r>
            <w:r>
              <w:t xml:space="preserve">  </w:t>
            </w:r>
          </w:p>
          <w:p w14:paraId="36FEACB9" w14:textId="771702AC" w:rsidR="00F91670" w:rsidRDefault="00F91670" w:rsidP="00F91670">
            <w:pPr>
              <w:spacing w:line="228" w:lineRule="auto"/>
            </w:pPr>
            <w:r>
              <w:t xml:space="preserve"> </w:t>
            </w:r>
            <w:proofErr w:type="spellStart"/>
            <w:proofErr w:type="gramStart"/>
            <w:r>
              <w:t>notificate</w:t>
            </w:r>
            <w:proofErr w:type="spellEnd"/>
            <w:proofErr w:type="gram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</w:t>
            </w:r>
            <w:proofErr w:type="spellStart"/>
            <w:r>
              <w:t>formular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p w14:paraId="235E613A" w14:textId="77777777" w:rsidR="00F91670" w:rsidRDefault="00F91670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F9167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1A921A2F" w:rsidR="00C85C0B" w:rsidRDefault="00F91670">
            <w:r>
              <w:rPr>
                <w:b/>
                <w:color w:val="0D5F78"/>
              </w:rPr>
              <w:t xml:space="preserve"> 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F9167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F9167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B93ADA" w14:textId="77777777" w:rsidR="00384C3F" w:rsidRDefault="00384C3F">
      <w:r>
        <w:separator/>
      </w:r>
    </w:p>
  </w:endnote>
  <w:endnote w:type="continuationSeparator" w:id="0">
    <w:p w14:paraId="5AC4B1E9" w14:textId="77777777" w:rsidR="00384C3F" w:rsidRDefault="00384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A5726" w14:textId="246B1218" w:rsidR="00C85C0B" w:rsidRDefault="00F91670">
    <w:pPr>
      <w:pStyle w:val="Subsol"/>
      <w:tabs>
        <w:tab w:val="right" w:pos="9639"/>
      </w:tabs>
    </w:pPr>
    <w:r>
      <w:rPr>
        <w:color w:val="595959"/>
      </w:rPr>
      <w:t>F_NOT_07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66DA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66DAE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B00962" w14:textId="77777777" w:rsidR="00384C3F" w:rsidRDefault="00384C3F">
      <w:r>
        <w:separator/>
      </w:r>
    </w:p>
  </w:footnote>
  <w:footnote w:type="continuationSeparator" w:id="0">
    <w:p w14:paraId="12EB78B9" w14:textId="77777777" w:rsidR="00384C3F" w:rsidRDefault="00384C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0E80"/>
    <w:rsid w:val="00186D57"/>
    <w:rsid w:val="0029639D"/>
    <w:rsid w:val="00326F90"/>
    <w:rsid w:val="00384C3F"/>
    <w:rsid w:val="003A7070"/>
    <w:rsid w:val="003F0F62"/>
    <w:rsid w:val="00566DAE"/>
    <w:rsid w:val="005B495F"/>
    <w:rsid w:val="005C02E4"/>
    <w:rsid w:val="0075375D"/>
    <w:rsid w:val="00AA1D8D"/>
    <w:rsid w:val="00B47730"/>
    <w:rsid w:val="00B94163"/>
    <w:rsid w:val="00C85C0B"/>
    <w:rsid w:val="00CB0664"/>
    <w:rsid w:val="00E61A6B"/>
    <w:rsid w:val="00E757AE"/>
    <w:rsid w:val="00F91670"/>
    <w:rsid w:val="00FC693F"/>
    <w:rsid w:val="00FF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915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186D5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86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186D5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86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7B768A-B1FA-4C71-B816-8EED992E9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Ionescu</dc:creator>
  <cp:keywords/>
  <cp:lastModifiedBy>ThinkCentreM83</cp:lastModifiedBy>
  <cp:revision>7</cp:revision>
  <dcterms:created xsi:type="dcterms:W3CDTF">2026-09-09T09:44:00Z</dcterms:created>
  <dcterms:modified xsi:type="dcterms:W3CDTF">2026-09-11T08:47:00Z</dcterms:modified>
  <cp:category/>
</cp:coreProperties>
</file>